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EBB0" w14:textId="2FBFB49C" w:rsidR="00EE092A" w:rsidRDefault="00EE092A" w:rsidP="00EE092A">
      <w:pPr>
        <w:spacing w:after="120" w:line="120" w:lineRule="auto"/>
        <w:jc w:val="center"/>
        <w:rPr>
          <w:rFonts w:ascii="Arial" w:eastAsia="Arial" w:hAnsi="Arial"/>
          <w:b/>
          <w:sz w:val="30"/>
          <w:rtl/>
        </w:rPr>
      </w:pPr>
      <w:r>
        <w:rPr>
          <w:rFonts w:ascii="Arial" w:eastAsia="Arial" w:hAnsi="Arial"/>
          <w:b/>
          <w:noProof/>
          <w:sz w:val="30"/>
          <w:rtl/>
          <w:lang w:val="ar-SA"/>
        </w:rPr>
        <w:drawing>
          <wp:anchor distT="0" distB="0" distL="114300" distR="114300" simplePos="0" relativeHeight="251657216" behindDoc="1" locked="0" layoutInCell="1" allowOverlap="1" wp14:anchorId="070CEC9A" wp14:editId="5E694DD0">
            <wp:simplePos x="0" y="0"/>
            <wp:positionH relativeFrom="margin">
              <wp:posOffset>1170305</wp:posOffset>
            </wp:positionH>
            <wp:positionV relativeFrom="margin">
              <wp:posOffset>-182880</wp:posOffset>
            </wp:positionV>
            <wp:extent cx="3924300" cy="454605"/>
            <wp:effectExtent l="0" t="0" r="0" b="3175"/>
            <wp:wrapSquare wrapText="bothSides"/>
            <wp:docPr id="153676869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68692" name="Image 15367686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5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1A4E9" w14:textId="77777777" w:rsidR="00EE092A" w:rsidRDefault="00EE092A" w:rsidP="00EE092A">
      <w:pPr>
        <w:spacing w:after="120" w:line="120" w:lineRule="auto"/>
        <w:jc w:val="center"/>
        <w:rPr>
          <w:rFonts w:ascii="Arial" w:eastAsia="Arial" w:hAnsi="Arial"/>
          <w:b/>
          <w:sz w:val="30"/>
          <w:rtl/>
        </w:rPr>
      </w:pPr>
    </w:p>
    <w:p w14:paraId="0D72BD0F" w14:textId="0D62A42C" w:rsidR="0079382B" w:rsidRPr="00254903" w:rsidRDefault="00EE092A" w:rsidP="005A4085">
      <w:pPr>
        <w:bidi/>
        <w:spacing w:after="100" w:line="252" w:lineRule="auto"/>
        <w:jc w:val="right"/>
        <w:rPr>
          <w:rFonts w:ascii="Arial" w:eastAsia="Arial" w:hAnsi="Arial"/>
          <w:bCs/>
        </w:rPr>
      </w:pPr>
      <w:r>
        <w:rPr>
          <w:rFonts w:ascii="Arial" w:eastAsia="Arial" w:hAnsi="Arial" w:hint="cs"/>
          <w:b/>
          <w:rtl/>
        </w:rPr>
        <w:t xml:space="preserve"> </w:t>
      </w:r>
      <w:r w:rsidR="009B1E5C">
        <w:rPr>
          <w:rFonts w:ascii="Arial" w:eastAsia="Arial" w:hAnsi="Arial" w:hint="cs"/>
          <w:b/>
          <w:rtl/>
        </w:rPr>
        <w:t xml:space="preserve">الجمعة 4 شتنبر 2026 </w:t>
      </w:r>
      <w:r w:rsidR="0079382B" w:rsidRPr="0079382B">
        <w:rPr>
          <w:rFonts w:ascii="Arial" w:eastAsia="Arial" w:hAnsi="Arial"/>
          <w:bCs/>
        </w:rPr>
        <w:t xml:space="preserve">         </w:t>
      </w:r>
      <w:proofErr w:type="spellStart"/>
      <w:r w:rsidR="0079382B" w:rsidRPr="00836143">
        <w:rPr>
          <w:rFonts w:ascii="Arial" w:eastAsia="Arial" w:hAnsi="Arial"/>
          <w:bCs/>
          <w:color w:val="FFFFFF" w:themeColor="background1"/>
        </w:rPr>
        <w:t>مدرسة</w:t>
      </w:r>
      <w:proofErr w:type="spellEnd"/>
      <w:r w:rsidR="0079382B" w:rsidRPr="00836143">
        <w:rPr>
          <w:rFonts w:ascii="Arial" w:eastAsia="Arial" w:hAnsi="Arial"/>
          <w:bCs/>
          <w:color w:val="FFFFFF" w:themeColor="background1"/>
        </w:rPr>
        <w:t xml:space="preserve"> </w:t>
      </w:r>
      <w:proofErr w:type="spellStart"/>
      <w:r w:rsidR="0079382B" w:rsidRPr="00836143">
        <w:rPr>
          <w:rFonts w:ascii="Arial" w:eastAsia="Arial" w:hAnsi="Arial"/>
          <w:bCs/>
          <w:color w:val="FFFFFF" w:themeColor="background1"/>
        </w:rPr>
        <w:t>عبد</w:t>
      </w:r>
      <w:proofErr w:type="spellEnd"/>
      <w:r w:rsidR="0079382B" w:rsidRPr="00836143">
        <w:rPr>
          <w:rFonts w:ascii="Arial" w:eastAsia="Arial" w:hAnsi="Arial"/>
          <w:bCs/>
          <w:color w:val="FFFFFF" w:themeColor="background1"/>
        </w:rPr>
        <w:t xml:space="preserve"> </w:t>
      </w:r>
      <w:proofErr w:type="spellStart"/>
      <w:r w:rsidR="0079382B" w:rsidRPr="00836143">
        <w:rPr>
          <w:rFonts w:ascii="Arial" w:eastAsia="Arial" w:hAnsi="Arial"/>
          <w:bCs/>
          <w:color w:val="FFFFFF" w:themeColor="background1"/>
        </w:rPr>
        <w:t>الله</w:t>
      </w:r>
      <w:proofErr w:type="spellEnd"/>
      <w:r w:rsidR="0079382B" w:rsidRPr="00836143">
        <w:rPr>
          <w:rFonts w:ascii="Arial" w:eastAsia="Arial" w:hAnsi="Arial"/>
          <w:bCs/>
          <w:color w:val="FFFFFF" w:themeColor="background1"/>
        </w:rPr>
        <w:t xml:space="preserve"> </w:t>
      </w:r>
      <w:proofErr w:type="spellStart"/>
      <w:r w:rsidR="0079382B" w:rsidRPr="00836143">
        <w:rPr>
          <w:rFonts w:ascii="Arial" w:eastAsia="Arial" w:hAnsi="Arial"/>
          <w:bCs/>
          <w:color w:val="FFFFFF" w:themeColor="background1"/>
        </w:rPr>
        <w:t>إبراهيم</w:t>
      </w:r>
      <w:proofErr w:type="spellEnd"/>
      <w:r w:rsidR="0079382B" w:rsidRPr="00836143">
        <w:rPr>
          <w:rFonts w:ascii="Arial" w:eastAsia="Arial" w:hAnsi="Arial"/>
          <w:bCs/>
          <w:color w:val="FFFFFF" w:themeColor="background1"/>
        </w:rPr>
        <w:t xml:space="preserve">     </w:t>
      </w:r>
      <w:r w:rsidR="005A4085" w:rsidRPr="00836143">
        <w:rPr>
          <w:rFonts w:ascii="Arial" w:eastAsia="Arial" w:hAnsi="Arial" w:hint="cs"/>
          <w:bCs/>
          <w:color w:val="FFFFFF" w:themeColor="background1"/>
          <w:rtl/>
        </w:rPr>
        <w:t xml:space="preserve"> </w:t>
      </w:r>
      <w:r w:rsidR="0079382B" w:rsidRPr="00836143">
        <w:rPr>
          <w:rFonts w:ascii="Arial" w:eastAsia="Arial" w:hAnsi="Arial"/>
          <w:bCs/>
          <w:color w:val="FFFFFF" w:themeColor="background1"/>
        </w:rPr>
        <w:t xml:space="preserve">   </w:t>
      </w:r>
      <w:proofErr w:type="spellStart"/>
      <w:r w:rsidR="0079382B" w:rsidRPr="0079382B">
        <w:rPr>
          <w:rFonts w:ascii="Arial" w:eastAsia="Arial" w:hAnsi="Arial"/>
          <w:bCs/>
        </w:rPr>
        <w:t>الموسم</w:t>
      </w:r>
      <w:proofErr w:type="spellEnd"/>
      <w:r w:rsidR="0079382B" w:rsidRPr="0079382B">
        <w:rPr>
          <w:rFonts w:ascii="Arial" w:eastAsia="Arial" w:hAnsi="Arial"/>
          <w:bCs/>
        </w:rPr>
        <w:t xml:space="preserve"> </w:t>
      </w:r>
      <w:proofErr w:type="spellStart"/>
      <w:r w:rsidR="0079382B" w:rsidRPr="0079382B">
        <w:rPr>
          <w:rFonts w:ascii="Arial" w:eastAsia="Arial" w:hAnsi="Arial"/>
          <w:bCs/>
        </w:rPr>
        <w:t>الدراسي</w:t>
      </w:r>
      <w:proofErr w:type="spellEnd"/>
      <w:r w:rsidR="0079382B" w:rsidRPr="0079382B">
        <w:rPr>
          <w:rFonts w:ascii="Arial" w:eastAsia="Arial" w:hAnsi="Arial"/>
          <w:bCs/>
        </w:rPr>
        <w:t xml:space="preserve"> 2026/2027</w:t>
      </w:r>
    </w:p>
    <w:p w14:paraId="3360D502" w14:textId="77777777" w:rsidR="005A4085" w:rsidRDefault="005A4085" w:rsidP="0079382B">
      <w:pPr>
        <w:bidi/>
        <w:spacing w:after="40" w:line="252" w:lineRule="auto"/>
        <w:jc w:val="center"/>
        <w:rPr>
          <w:rFonts w:ascii="Arial" w:eastAsia="Arial" w:hAnsi="Arial"/>
          <w:b/>
          <w:color w:val="EE0000"/>
          <w:sz w:val="36"/>
          <w:szCs w:val="36"/>
          <w:rtl/>
        </w:rPr>
      </w:pPr>
    </w:p>
    <w:p w14:paraId="05CB9509" w14:textId="55FF56DF" w:rsidR="0079382B" w:rsidRPr="00F86F55" w:rsidRDefault="0079382B" w:rsidP="005A4085">
      <w:pPr>
        <w:bidi/>
        <w:spacing w:after="40" w:line="252" w:lineRule="auto"/>
        <w:jc w:val="center"/>
        <w:rPr>
          <w:rFonts w:ascii="Arial" w:eastAsia="Arial" w:hAnsi="Arial"/>
          <w:bCs/>
          <w:color w:val="EE0000"/>
          <w:sz w:val="36"/>
          <w:szCs w:val="36"/>
          <w:rtl/>
        </w:rPr>
      </w:pPr>
      <w:proofErr w:type="spellStart"/>
      <w:r w:rsidRPr="00F86F55">
        <w:rPr>
          <w:rFonts w:ascii="Arial" w:eastAsia="Arial" w:hAnsi="Arial"/>
          <w:bCs/>
          <w:color w:val="EE0000"/>
          <w:sz w:val="36"/>
          <w:szCs w:val="36"/>
        </w:rPr>
        <w:t>تقرير</w:t>
      </w:r>
      <w:proofErr w:type="spellEnd"/>
      <w:r w:rsidRPr="00F86F55">
        <w:rPr>
          <w:rFonts w:ascii="Arial" w:eastAsia="Arial" w:hAnsi="Arial"/>
          <w:bCs/>
          <w:color w:val="EE0000"/>
          <w:sz w:val="36"/>
          <w:szCs w:val="36"/>
        </w:rPr>
        <w:t xml:space="preserve"> </w:t>
      </w:r>
      <w:proofErr w:type="spellStart"/>
      <w:proofErr w:type="gramStart"/>
      <w:r w:rsidRPr="00F86F55">
        <w:rPr>
          <w:rFonts w:ascii="Arial" w:eastAsia="Arial" w:hAnsi="Arial"/>
          <w:bCs/>
          <w:color w:val="EE0000"/>
          <w:sz w:val="36"/>
          <w:szCs w:val="36"/>
        </w:rPr>
        <w:t>أشغال</w:t>
      </w:r>
      <w:proofErr w:type="spellEnd"/>
      <w:r w:rsidRPr="00F86F55">
        <w:rPr>
          <w:rFonts w:ascii="Arial" w:eastAsia="Arial" w:hAnsi="Arial"/>
          <w:bCs/>
          <w:color w:val="EE0000"/>
          <w:sz w:val="36"/>
          <w:szCs w:val="36"/>
        </w:rPr>
        <w:t xml:space="preserve"> </w:t>
      </w:r>
      <w:r w:rsidR="00F86F55" w:rsidRPr="00F86F55">
        <w:rPr>
          <w:rFonts w:ascii="Arial" w:eastAsia="Arial" w:hAnsi="Arial" w:hint="cs"/>
          <w:bCs/>
          <w:color w:val="EE0000"/>
          <w:sz w:val="36"/>
          <w:szCs w:val="36"/>
          <w:rtl/>
        </w:rPr>
        <w:t xml:space="preserve"> </w:t>
      </w:r>
      <w:r w:rsidR="00F86F55" w:rsidRPr="00F86F55">
        <w:rPr>
          <w:rFonts w:ascii="Arial" w:eastAsia="Arial" w:hAnsi="Arial"/>
          <w:bCs/>
          <w:color w:val="EE0000"/>
          <w:sz w:val="36"/>
          <w:szCs w:val="36"/>
          <w:rtl/>
        </w:rPr>
        <w:t>اليوم</w:t>
      </w:r>
      <w:proofErr w:type="gramEnd"/>
      <w:r w:rsidR="00F86F55" w:rsidRPr="00F86F55">
        <w:rPr>
          <w:rFonts w:ascii="Arial" w:eastAsia="Arial" w:hAnsi="Arial" w:hint="cs"/>
          <w:bCs/>
          <w:color w:val="EE0000"/>
          <w:sz w:val="36"/>
          <w:szCs w:val="36"/>
          <w:rtl/>
        </w:rPr>
        <w:t xml:space="preserve"> </w:t>
      </w:r>
      <w:r w:rsidR="00F86F55" w:rsidRPr="00F86F55">
        <w:rPr>
          <w:rFonts w:ascii="Arial" w:eastAsia="Arial" w:hAnsi="Arial"/>
          <w:bCs/>
          <w:color w:val="EE0000"/>
          <w:sz w:val="36"/>
          <w:szCs w:val="36"/>
          <w:rtl/>
        </w:rPr>
        <w:t>الثاني</w:t>
      </w:r>
      <w:r w:rsidR="00F86F55" w:rsidRPr="00F86F55">
        <w:rPr>
          <w:rFonts w:ascii="Arial" w:eastAsia="Arial" w:hAnsi="Arial" w:hint="cs"/>
          <w:bCs/>
          <w:color w:val="EE0000"/>
          <w:sz w:val="36"/>
          <w:szCs w:val="36"/>
          <w:rtl/>
        </w:rPr>
        <w:t xml:space="preserve"> </w:t>
      </w:r>
      <w:proofErr w:type="spellStart"/>
      <w:r w:rsidRPr="00F86F55">
        <w:rPr>
          <w:rFonts w:ascii="Arial" w:eastAsia="Arial" w:hAnsi="Arial"/>
          <w:bCs/>
          <w:color w:val="EE0000"/>
          <w:sz w:val="36"/>
          <w:szCs w:val="36"/>
        </w:rPr>
        <w:t>من</w:t>
      </w:r>
      <w:proofErr w:type="spellEnd"/>
      <w:r w:rsidRPr="00F86F55">
        <w:rPr>
          <w:rFonts w:ascii="Arial" w:eastAsia="Arial" w:hAnsi="Arial"/>
          <w:bCs/>
          <w:color w:val="EE0000"/>
          <w:sz w:val="36"/>
          <w:szCs w:val="36"/>
        </w:rPr>
        <w:t xml:space="preserve"> </w:t>
      </w:r>
      <w:proofErr w:type="spellStart"/>
      <w:r w:rsidRPr="00F86F55">
        <w:rPr>
          <w:rFonts w:ascii="Arial" w:eastAsia="Arial" w:hAnsi="Arial"/>
          <w:bCs/>
          <w:color w:val="EE0000"/>
          <w:sz w:val="36"/>
          <w:szCs w:val="36"/>
        </w:rPr>
        <w:t>الورشات</w:t>
      </w:r>
      <w:proofErr w:type="spellEnd"/>
      <w:r w:rsidRPr="00F86F55">
        <w:rPr>
          <w:rFonts w:ascii="Arial" w:eastAsia="Arial" w:hAnsi="Arial"/>
          <w:bCs/>
          <w:color w:val="EE0000"/>
          <w:sz w:val="36"/>
          <w:szCs w:val="36"/>
        </w:rPr>
        <w:t xml:space="preserve"> </w:t>
      </w:r>
      <w:proofErr w:type="spellStart"/>
      <w:r w:rsidRPr="00F86F55">
        <w:rPr>
          <w:rFonts w:ascii="Arial" w:eastAsia="Arial" w:hAnsi="Arial"/>
          <w:bCs/>
          <w:color w:val="EE0000"/>
          <w:sz w:val="36"/>
          <w:szCs w:val="36"/>
        </w:rPr>
        <w:t>التذكيرية</w:t>
      </w:r>
      <w:proofErr w:type="spellEnd"/>
    </w:p>
    <w:p w14:paraId="6E2130AA" w14:textId="77777777" w:rsidR="0079382B" w:rsidRPr="00583BC1" w:rsidRDefault="0079382B" w:rsidP="0079382B">
      <w:pPr>
        <w:bidi/>
        <w:spacing w:after="40" w:line="252" w:lineRule="auto"/>
        <w:jc w:val="center"/>
        <w:rPr>
          <w:sz w:val="24"/>
          <w:szCs w:val="24"/>
        </w:rPr>
      </w:pPr>
    </w:p>
    <w:p w14:paraId="0A54E505" w14:textId="77777777" w:rsidR="0079382B" w:rsidRPr="00037A45" w:rsidRDefault="0079382B" w:rsidP="0079382B">
      <w:pPr>
        <w:bidi/>
        <w:spacing w:after="160" w:line="252" w:lineRule="auto"/>
        <w:rPr>
          <w:b/>
          <w:bCs/>
          <w:color w:val="00B050"/>
        </w:rPr>
      </w:pPr>
      <w:proofErr w:type="spellStart"/>
      <w:r w:rsidRPr="00037A45">
        <w:rPr>
          <w:rFonts w:ascii="Arial" w:eastAsia="Arial" w:hAnsi="Arial"/>
          <w:b/>
          <w:bCs/>
          <w:color w:val="00B050"/>
          <w:sz w:val="26"/>
        </w:rPr>
        <w:t>برنامج</w:t>
      </w:r>
      <w:proofErr w:type="spellEnd"/>
      <w:r w:rsidRPr="00037A45">
        <w:rPr>
          <w:rFonts w:ascii="Arial" w:eastAsia="Arial" w:hAnsi="Arial"/>
          <w:b/>
          <w:bCs/>
          <w:color w:val="00B050"/>
          <w:sz w:val="26"/>
        </w:rPr>
        <w:t xml:space="preserve"> </w:t>
      </w:r>
      <w:proofErr w:type="spellStart"/>
      <w:r w:rsidRPr="00037A45">
        <w:rPr>
          <w:rFonts w:ascii="Arial" w:eastAsia="Arial" w:hAnsi="Arial"/>
          <w:b/>
          <w:bCs/>
          <w:color w:val="00B050"/>
          <w:sz w:val="26"/>
        </w:rPr>
        <w:t>دعم</w:t>
      </w:r>
      <w:proofErr w:type="spellEnd"/>
      <w:r w:rsidRPr="00037A45">
        <w:rPr>
          <w:rFonts w:ascii="Arial" w:eastAsia="Arial" w:hAnsi="Arial"/>
          <w:b/>
          <w:bCs/>
          <w:color w:val="00B050"/>
          <w:sz w:val="26"/>
        </w:rPr>
        <w:t xml:space="preserve"> </w:t>
      </w:r>
      <w:proofErr w:type="spellStart"/>
      <w:r w:rsidRPr="00037A45">
        <w:rPr>
          <w:rFonts w:ascii="Arial" w:eastAsia="Arial" w:hAnsi="Arial"/>
          <w:b/>
          <w:bCs/>
          <w:color w:val="00B050"/>
          <w:sz w:val="26"/>
        </w:rPr>
        <w:t>التعلمات</w:t>
      </w:r>
      <w:proofErr w:type="spellEnd"/>
      <w:r w:rsidRPr="00037A45">
        <w:rPr>
          <w:rFonts w:ascii="Arial" w:eastAsia="Arial" w:hAnsi="Arial"/>
          <w:b/>
          <w:bCs/>
          <w:color w:val="00B050"/>
          <w:sz w:val="26"/>
        </w:rPr>
        <w:t xml:space="preserve"> </w:t>
      </w:r>
      <w:proofErr w:type="spellStart"/>
      <w:r w:rsidRPr="00037A45">
        <w:rPr>
          <w:rFonts w:ascii="Arial" w:eastAsia="Arial" w:hAnsi="Arial"/>
          <w:b/>
          <w:bCs/>
          <w:color w:val="00B050"/>
          <w:sz w:val="26"/>
        </w:rPr>
        <w:t>الأساس</w:t>
      </w:r>
      <w:proofErr w:type="spellEnd"/>
      <w:r w:rsidRPr="00037A45">
        <w:rPr>
          <w:rFonts w:ascii="Arial" w:eastAsia="Arial" w:hAnsi="Arial"/>
          <w:b/>
          <w:bCs/>
          <w:color w:val="00B050"/>
          <w:sz w:val="26"/>
        </w:rPr>
        <w:t xml:space="preserve"> </w:t>
      </w:r>
      <w:proofErr w:type="spellStart"/>
      <w:r w:rsidRPr="00037A45">
        <w:rPr>
          <w:rFonts w:ascii="Arial" w:eastAsia="Arial" w:hAnsi="Arial"/>
          <w:b/>
          <w:bCs/>
          <w:color w:val="00B050"/>
          <w:sz w:val="26"/>
        </w:rPr>
        <w:t>بمؤسسات</w:t>
      </w:r>
      <w:proofErr w:type="spellEnd"/>
      <w:r w:rsidRPr="00037A45">
        <w:rPr>
          <w:rFonts w:ascii="Arial" w:eastAsia="Arial" w:hAnsi="Arial"/>
          <w:b/>
          <w:bCs/>
          <w:color w:val="00B050"/>
          <w:sz w:val="26"/>
        </w:rPr>
        <w:t xml:space="preserve"> </w:t>
      </w:r>
      <w:proofErr w:type="spellStart"/>
      <w:r w:rsidRPr="00037A45">
        <w:rPr>
          <w:rFonts w:ascii="Arial" w:eastAsia="Arial" w:hAnsi="Arial"/>
          <w:b/>
          <w:bCs/>
          <w:color w:val="00B050"/>
          <w:sz w:val="26"/>
        </w:rPr>
        <w:t>الريادة</w:t>
      </w:r>
      <w:proofErr w:type="spellEnd"/>
    </w:p>
    <w:tbl>
      <w:tblPr>
        <w:tblW w:w="9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0"/>
        <w:gridCol w:w="2835"/>
      </w:tblGrid>
      <w:tr w:rsidR="0079382B" w:rsidRPr="00583BC1" w14:paraId="52F9B9E9" w14:textId="77777777" w:rsidTr="00A5303E">
        <w:trPr>
          <w:jc w:val="center"/>
        </w:trPr>
        <w:tc>
          <w:tcPr>
            <w:tcW w:w="6360" w:type="dxa"/>
            <w:vAlign w:val="center"/>
          </w:tcPr>
          <w:p w14:paraId="75E29CA6" w14:textId="7D5A6A43" w:rsidR="0079382B" w:rsidRPr="00583BC1" w:rsidRDefault="0079382B" w:rsidP="00A5303E">
            <w:pPr>
              <w:bidi/>
              <w:spacing w:after="20"/>
              <w:jc w:val="center"/>
              <w:rPr>
                <w:rFonts w:ascii="Arial" w:eastAsia="Arial" w:hAnsi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4F81BD" w:themeFill="accent1"/>
            <w:vAlign w:val="center"/>
          </w:tcPr>
          <w:p w14:paraId="11A0701D" w14:textId="77777777" w:rsidR="0079382B" w:rsidRPr="00583BC1" w:rsidRDefault="0079382B" w:rsidP="00A5303E">
            <w:pPr>
              <w:bidi/>
              <w:spacing w:after="20"/>
              <w:jc w:val="center"/>
              <w:rPr>
                <w:rFonts w:ascii="Arial" w:eastAsia="Arial" w:hAnsi="Arial"/>
                <w:color w:val="FFFFFF" w:themeColor="background1"/>
                <w:sz w:val="28"/>
                <w:szCs w:val="28"/>
              </w:rPr>
            </w:pPr>
            <w:r w:rsidRPr="00583BC1">
              <w:rPr>
                <w:rFonts w:ascii="Arial" w:eastAsia="Arial" w:hAnsi="Arial" w:hint="cs"/>
                <w:color w:val="FFFFFF" w:themeColor="background1"/>
                <w:sz w:val="28"/>
                <w:szCs w:val="28"/>
                <w:rtl/>
              </w:rPr>
              <w:t>المؤسسة</w:t>
            </w:r>
          </w:p>
        </w:tc>
      </w:tr>
      <w:tr w:rsidR="0079382B" w:rsidRPr="00583BC1" w14:paraId="4E1079FB" w14:textId="77777777" w:rsidTr="00A5303E">
        <w:trPr>
          <w:jc w:val="center"/>
        </w:trPr>
        <w:tc>
          <w:tcPr>
            <w:tcW w:w="6360" w:type="dxa"/>
            <w:vAlign w:val="center"/>
          </w:tcPr>
          <w:p w14:paraId="515E1462" w14:textId="77777777" w:rsidR="0079382B" w:rsidRPr="00583BC1" w:rsidRDefault="0079382B" w:rsidP="00A5303E">
            <w:pPr>
              <w:bidi/>
              <w:spacing w:after="20"/>
              <w:jc w:val="center"/>
              <w:rPr>
                <w:rFonts w:ascii="Arial" w:eastAsia="Arial" w:hAnsi="Arial"/>
                <w:sz w:val="28"/>
                <w:szCs w:val="28"/>
              </w:rPr>
            </w:pP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الاستعداد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لتنزيل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مرحلة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الدعم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المكثف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للتعلمات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الأساس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4F81BD" w:themeFill="accent1"/>
            <w:vAlign w:val="center"/>
          </w:tcPr>
          <w:p w14:paraId="2140CD4B" w14:textId="77777777" w:rsidR="0079382B" w:rsidRPr="00583BC1" w:rsidRDefault="0079382B" w:rsidP="00A5303E">
            <w:pPr>
              <w:bidi/>
              <w:spacing w:after="20"/>
              <w:jc w:val="center"/>
              <w:rPr>
                <w:rFonts w:ascii="Arial" w:eastAsia="Arial" w:hAnsi="Arial"/>
                <w:color w:val="FFFFFF" w:themeColor="background1"/>
                <w:sz w:val="28"/>
                <w:szCs w:val="28"/>
                <w:lang w:val="fr-FR"/>
              </w:rPr>
            </w:pPr>
            <w:r w:rsidRPr="00583BC1">
              <w:rPr>
                <w:rFonts w:ascii="Arial" w:eastAsia="Arial" w:hAnsi="Arial" w:hint="cs"/>
                <w:color w:val="FFFFFF" w:themeColor="background1"/>
                <w:sz w:val="28"/>
                <w:szCs w:val="28"/>
                <w:rtl/>
              </w:rPr>
              <w:t>الموضوع</w:t>
            </w:r>
          </w:p>
        </w:tc>
      </w:tr>
      <w:tr w:rsidR="0079382B" w:rsidRPr="00583BC1" w14:paraId="4A42D037" w14:textId="77777777" w:rsidTr="00A5303E">
        <w:trPr>
          <w:jc w:val="center"/>
        </w:trPr>
        <w:tc>
          <w:tcPr>
            <w:tcW w:w="6360" w:type="dxa"/>
            <w:vAlign w:val="center"/>
          </w:tcPr>
          <w:p w14:paraId="692473D0" w14:textId="77777777" w:rsidR="0079382B" w:rsidRPr="00583BC1" w:rsidRDefault="0079382B" w:rsidP="00A5303E">
            <w:pPr>
              <w:bidi/>
              <w:spacing w:after="20"/>
              <w:jc w:val="center"/>
              <w:rPr>
                <w:rFonts w:ascii="Arial" w:eastAsia="Arial" w:hAnsi="Arial"/>
                <w:sz w:val="28"/>
                <w:szCs w:val="28"/>
              </w:rPr>
            </w:pP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أستاذات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وأساتذة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المؤسسة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4F81BD" w:themeFill="accent1"/>
            <w:vAlign w:val="center"/>
          </w:tcPr>
          <w:p w14:paraId="367BE667" w14:textId="77777777" w:rsidR="0079382B" w:rsidRPr="00583BC1" w:rsidRDefault="0079382B" w:rsidP="00A5303E">
            <w:pPr>
              <w:bidi/>
              <w:spacing w:after="20"/>
              <w:jc w:val="center"/>
              <w:rPr>
                <w:rFonts w:ascii="Arial" w:eastAsia="Arial" w:hAnsi="Arial"/>
                <w:color w:val="FFFFFF" w:themeColor="background1"/>
                <w:sz w:val="28"/>
                <w:szCs w:val="28"/>
              </w:rPr>
            </w:pPr>
            <w:r w:rsidRPr="00583BC1">
              <w:rPr>
                <w:rFonts w:ascii="Arial" w:eastAsia="Arial" w:hAnsi="Arial" w:hint="cs"/>
                <w:color w:val="FFFFFF" w:themeColor="background1"/>
                <w:sz w:val="28"/>
                <w:szCs w:val="28"/>
                <w:rtl/>
              </w:rPr>
              <w:t>الفئة المستهدفة</w:t>
            </w:r>
          </w:p>
        </w:tc>
      </w:tr>
      <w:tr w:rsidR="0079382B" w:rsidRPr="00583BC1" w14:paraId="4F078CD4" w14:textId="77777777" w:rsidTr="00A5303E">
        <w:trPr>
          <w:jc w:val="center"/>
        </w:trPr>
        <w:tc>
          <w:tcPr>
            <w:tcW w:w="6360" w:type="dxa"/>
            <w:vAlign w:val="center"/>
          </w:tcPr>
          <w:p w14:paraId="003A9CCF" w14:textId="77777777" w:rsidR="0079382B" w:rsidRPr="00583BC1" w:rsidRDefault="0079382B" w:rsidP="00A5303E">
            <w:pPr>
              <w:bidi/>
              <w:spacing w:after="20"/>
              <w:jc w:val="center"/>
              <w:rPr>
                <w:rFonts w:ascii="Arial" w:eastAsia="Arial" w:hAnsi="Arial"/>
                <w:sz w:val="28"/>
                <w:szCs w:val="28"/>
              </w:rPr>
            </w:pP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ورشات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تذكيرية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وتقاسم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داخلي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للمضامين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4F81BD" w:themeFill="accent1"/>
            <w:vAlign w:val="center"/>
          </w:tcPr>
          <w:p w14:paraId="639E67F8" w14:textId="77777777" w:rsidR="0079382B" w:rsidRPr="00583BC1" w:rsidRDefault="0079382B" w:rsidP="00A5303E">
            <w:pPr>
              <w:bidi/>
              <w:spacing w:after="20"/>
              <w:jc w:val="center"/>
              <w:rPr>
                <w:rFonts w:ascii="Arial" w:eastAsia="Arial" w:hAnsi="Arial"/>
                <w:color w:val="FFFFFF" w:themeColor="background1"/>
                <w:sz w:val="28"/>
                <w:szCs w:val="28"/>
              </w:rPr>
            </w:pPr>
            <w:r w:rsidRPr="00583BC1">
              <w:rPr>
                <w:rFonts w:ascii="Arial" w:eastAsia="Arial" w:hAnsi="Arial" w:hint="cs"/>
                <w:color w:val="FFFFFF" w:themeColor="background1"/>
                <w:sz w:val="28"/>
                <w:szCs w:val="28"/>
                <w:rtl/>
              </w:rPr>
              <w:t>نوع النشاط</w:t>
            </w:r>
          </w:p>
        </w:tc>
      </w:tr>
      <w:tr w:rsidR="0079382B" w:rsidRPr="00583BC1" w14:paraId="2BBA8A2E" w14:textId="77777777" w:rsidTr="00A5303E">
        <w:trPr>
          <w:jc w:val="center"/>
        </w:trPr>
        <w:tc>
          <w:tcPr>
            <w:tcW w:w="6360" w:type="dxa"/>
            <w:vAlign w:val="center"/>
          </w:tcPr>
          <w:p w14:paraId="6FB29347" w14:textId="77777777" w:rsidR="0079382B" w:rsidRPr="00583BC1" w:rsidRDefault="0079382B" w:rsidP="00A5303E">
            <w:pPr>
              <w:bidi/>
              <w:spacing w:after="20"/>
              <w:jc w:val="center"/>
              <w:rPr>
                <w:rFonts w:ascii="Arial" w:eastAsia="Arial" w:hAnsi="Arial" w:hint="cs"/>
                <w:sz w:val="28"/>
                <w:szCs w:val="28"/>
                <w:lang w:bidi="ar-MA"/>
              </w:rPr>
            </w:pPr>
            <w:r>
              <w:rPr>
                <w:rFonts w:ascii="Arial" w:eastAsia="Arial" w:hAnsi="Arial" w:hint="cs"/>
                <w:sz w:val="28"/>
                <w:szCs w:val="28"/>
                <w:rtl/>
                <w:lang w:bidi="ar-MA"/>
              </w:rPr>
              <w:t>03/09/2026 إلى 05/09/2026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4F81BD" w:themeFill="accent1"/>
            <w:vAlign w:val="center"/>
          </w:tcPr>
          <w:p w14:paraId="30C90B12" w14:textId="77777777" w:rsidR="0079382B" w:rsidRPr="00583BC1" w:rsidRDefault="0079382B" w:rsidP="00A5303E">
            <w:pPr>
              <w:bidi/>
              <w:spacing w:after="20"/>
              <w:jc w:val="center"/>
              <w:rPr>
                <w:rFonts w:ascii="Arial" w:eastAsia="Arial" w:hAnsi="Arial"/>
                <w:color w:val="FFFFFF" w:themeColor="background1"/>
                <w:sz w:val="28"/>
                <w:szCs w:val="28"/>
              </w:rPr>
            </w:pPr>
            <w:r w:rsidRPr="00583BC1">
              <w:rPr>
                <w:rFonts w:ascii="Arial" w:eastAsia="Arial" w:hAnsi="Arial" w:hint="cs"/>
                <w:color w:val="FFFFFF" w:themeColor="background1"/>
                <w:sz w:val="28"/>
                <w:szCs w:val="28"/>
                <w:rtl/>
              </w:rPr>
              <w:t>فترة التقاسم</w:t>
            </w:r>
          </w:p>
        </w:tc>
      </w:tr>
      <w:tr w:rsidR="0079382B" w:rsidRPr="00583BC1" w14:paraId="25E3B941" w14:textId="77777777" w:rsidTr="00A5303E">
        <w:trPr>
          <w:trHeight w:val="196"/>
          <w:jc w:val="center"/>
        </w:trPr>
        <w:tc>
          <w:tcPr>
            <w:tcW w:w="6360" w:type="dxa"/>
            <w:vAlign w:val="center"/>
          </w:tcPr>
          <w:p w14:paraId="2E53DBFB" w14:textId="77777777" w:rsidR="0079382B" w:rsidRPr="00583BC1" w:rsidRDefault="0079382B" w:rsidP="00A5303E">
            <w:pPr>
              <w:bidi/>
              <w:spacing w:after="20"/>
              <w:jc w:val="center"/>
              <w:rPr>
                <w:rFonts w:ascii="Arial" w:eastAsia="Arial" w:hAnsi="Arial"/>
                <w:sz w:val="28"/>
                <w:szCs w:val="28"/>
              </w:rPr>
            </w:pP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منسق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مرحلة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الدعم</w:t>
            </w:r>
            <w:proofErr w:type="spellEnd"/>
            <w:r w:rsidRPr="00583BC1">
              <w:rPr>
                <w:rFonts w:ascii="Arial" w:eastAsia="Arial" w:hAnsi="Arial"/>
                <w:sz w:val="28"/>
                <w:szCs w:val="28"/>
              </w:rPr>
              <w:t xml:space="preserve"> </w:t>
            </w:r>
            <w:proofErr w:type="spellStart"/>
            <w:r w:rsidRPr="00583BC1">
              <w:rPr>
                <w:rFonts w:ascii="Arial" w:eastAsia="Arial" w:hAnsi="Arial"/>
                <w:sz w:val="28"/>
                <w:szCs w:val="28"/>
              </w:rPr>
              <w:t>المكثف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  <w:shd w:val="clear" w:color="auto" w:fill="4F81BD" w:themeFill="accent1"/>
            <w:vAlign w:val="center"/>
          </w:tcPr>
          <w:p w14:paraId="622AFAC8" w14:textId="77777777" w:rsidR="0079382B" w:rsidRPr="00583BC1" w:rsidRDefault="0079382B" w:rsidP="00A5303E">
            <w:pPr>
              <w:bidi/>
              <w:spacing w:after="20"/>
              <w:jc w:val="center"/>
              <w:rPr>
                <w:rFonts w:ascii="Arial" w:eastAsia="Arial" w:hAnsi="Arial"/>
                <w:color w:val="FFFFFF" w:themeColor="background1"/>
                <w:sz w:val="28"/>
                <w:szCs w:val="28"/>
              </w:rPr>
            </w:pPr>
            <w:r w:rsidRPr="00583BC1">
              <w:rPr>
                <w:rFonts w:ascii="Arial" w:eastAsia="Arial" w:hAnsi="Arial" w:hint="cs"/>
                <w:color w:val="FFFFFF" w:themeColor="background1"/>
                <w:sz w:val="28"/>
                <w:szCs w:val="28"/>
                <w:rtl/>
              </w:rPr>
              <w:t>المقرر</w:t>
            </w:r>
          </w:p>
        </w:tc>
      </w:tr>
    </w:tbl>
    <w:p w14:paraId="788BE6BB" w14:textId="60B9F632" w:rsidR="0079382B" w:rsidRDefault="0079382B" w:rsidP="00EE092A">
      <w:pPr>
        <w:pBdr>
          <w:bottom w:val="single" w:sz="8" w:space="2" w:color="2E7D32"/>
        </w:pBdr>
        <w:tabs>
          <w:tab w:val="left" w:pos="2078"/>
        </w:tabs>
        <w:bidi/>
        <w:spacing w:before="120" w:after="80" w:line="120" w:lineRule="auto"/>
        <w:rPr>
          <w:rFonts w:ascii="Arial" w:eastAsia="Arial" w:hAnsi="Arial"/>
          <w:b/>
          <w:sz w:val="34"/>
          <w:rtl/>
        </w:rPr>
      </w:pPr>
    </w:p>
    <w:p w14:paraId="6C24A365" w14:textId="22F01A66" w:rsidR="00FA42B9" w:rsidRPr="00EE092A" w:rsidRDefault="00000000" w:rsidP="00836143">
      <w:pPr>
        <w:pBdr>
          <w:bottom w:val="single" w:sz="8" w:space="2" w:color="2E7D32"/>
        </w:pBdr>
        <w:shd w:val="clear" w:color="auto" w:fill="E5B8B7" w:themeFill="accent2" w:themeFillTint="66"/>
        <w:bidi/>
        <w:spacing w:before="120" w:after="80"/>
        <w:rPr>
          <w:color w:val="C00000"/>
          <w:sz w:val="20"/>
          <w:szCs w:val="20"/>
        </w:rPr>
      </w:pPr>
      <w:proofErr w:type="spellStart"/>
      <w:r w:rsidRPr="00EE092A">
        <w:rPr>
          <w:rFonts w:ascii="Arial" w:eastAsia="Arial" w:hAnsi="Arial"/>
          <w:b/>
          <w:color w:val="C00000"/>
          <w:sz w:val="32"/>
          <w:szCs w:val="20"/>
        </w:rPr>
        <w:t>تقديم</w:t>
      </w:r>
      <w:proofErr w:type="spellEnd"/>
      <w:r w:rsidRPr="00EE092A">
        <w:rPr>
          <w:rFonts w:ascii="Arial" w:eastAsia="Arial" w:hAnsi="Arial"/>
          <w:b/>
          <w:color w:val="C0000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C00000"/>
          <w:sz w:val="32"/>
          <w:szCs w:val="20"/>
        </w:rPr>
        <w:t>اليوم</w:t>
      </w:r>
      <w:proofErr w:type="spellEnd"/>
      <w:r w:rsidRPr="00EE092A">
        <w:rPr>
          <w:rFonts w:ascii="Arial" w:eastAsia="Arial" w:hAnsi="Arial"/>
          <w:b/>
          <w:color w:val="C0000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C00000"/>
          <w:sz w:val="32"/>
          <w:szCs w:val="20"/>
        </w:rPr>
        <w:t>الثاني</w:t>
      </w:r>
      <w:proofErr w:type="spellEnd"/>
    </w:p>
    <w:p w14:paraId="549D4E47" w14:textId="3CCD4D3E" w:rsidR="00FA42B9" w:rsidRDefault="00000000" w:rsidP="0079382B">
      <w:pPr>
        <w:bidi/>
        <w:spacing w:after="60" w:line="264" w:lineRule="auto"/>
        <w:ind w:left="283" w:hanging="283"/>
      </w:pPr>
      <w:proofErr w:type="spellStart"/>
      <w:r>
        <w:rPr>
          <w:rFonts w:ascii="Arial" w:eastAsia="Arial" w:hAnsi="Arial"/>
          <w:sz w:val="28"/>
        </w:rPr>
        <w:t>انتقل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التقاسم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في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اليوم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الثاني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الإطار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العام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للبرنامج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إلى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التدبير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العملي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للمسارات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واللبنات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وأنشطة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الدعم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مع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التركيز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على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كيفية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الانتقال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نتائج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الموضعة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إلى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اختيار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المسار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المناسب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لكل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مجموعة</w:t>
      </w:r>
      <w:proofErr w:type="spellEnd"/>
      <w:r w:rsidR="00EE092A">
        <w:rPr>
          <w:rFonts w:ascii="Arial" w:eastAsia="Arial" w:hAnsi="Arial" w:hint="cs"/>
          <w:sz w:val="28"/>
          <w:rtl/>
        </w:rPr>
        <w:t>.</w:t>
      </w:r>
    </w:p>
    <w:p w14:paraId="31D0EBE9" w14:textId="1DDE9260" w:rsidR="00FA42B9" w:rsidRDefault="00000000" w:rsidP="0079382B">
      <w:pPr>
        <w:bidi/>
        <w:spacing w:after="60" w:line="264" w:lineRule="auto"/>
        <w:ind w:left="283" w:hanging="283"/>
      </w:pPr>
      <w:proofErr w:type="spellStart"/>
      <w:r>
        <w:rPr>
          <w:rFonts w:ascii="Arial" w:eastAsia="Arial" w:hAnsi="Arial"/>
          <w:sz w:val="28"/>
        </w:rPr>
        <w:t>تم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الاشتغال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على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الرياضيات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ثم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اللغة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العربية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من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خلال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تذكير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بالمضامين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الأساسية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ومناقشة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الوضعيات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المهنية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المرتبطة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بالتدبير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اليومي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للدعم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المكثف</w:t>
      </w:r>
      <w:proofErr w:type="spellEnd"/>
      <w:r w:rsidR="00254903">
        <w:rPr>
          <w:rFonts w:ascii="Arial" w:eastAsia="Arial" w:hAnsi="Arial" w:hint="cs"/>
          <w:sz w:val="28"/>
          <w:rtl/>
        </w:rPr>
        <w:t>.</w:t>
      </w:r>
    </w:p>
    <w:p w14:paraId="36F7159F" w14:textId="77E006C9" w:rsidR="00FA42B9" w:rsidRPr="00EE092A" w:rsidRDefault="00000000" w:rsidP="00836143">
      <w:pPr>
        <w:pBdr>
          <w:bottom w:val="single" w:sz="8" w:space="2" w:color="2E7D32"/>
        </w:pBdr>
        <w:shd w:val="clear" w:color="auto" w:fill="D6E3BC" w:themeFill="accent3" w:themeFillTint="66"/>
        <w:bidi/>
        <w:spacing w:before="120" w:after="80"/>
        <w:rPr>
          <w:color w:val="0070C0"/>
          <w:sz w:val="20"/>
          <w:szCs w:val="20"/>
        </w:rPr>
      </w:pPr>
      <w:proofErr w:type="spellStart"/>
      <w:r w:rsidRPr="00EE092A">
        <w:rPr>
          <w:rFonts w:ascii="Arial" w:eastAsia="Arial" w:hAnsi="Arial"/>
          <w:b/>
          <w:color w:val="0070C0"/>
          <w:sz w:val="32"/>
          <w:szCs w:val="20"/>
        </w:rPr>
        <w:t>الرياضيات</w:t>
      </w:r>
      <w:proofErr w:type="spellEnd"/>
      <w:r w:rsidRPr="00EE092A">
        <w:rPr>
          <w:rFonts w:ascii="Arial" w:eastAsia="Arial" w:hAnsi="Arial"/>
          <w:b/>
          <w:color w:val="0070C0"/>
          <w:sz w:val="32"/>
          <w:szCs w:val="20"/>
        </w:rPr>
        <w:t xml:space="preserve"> – </w:t>
      </w:r>
      <w:proofErr w:type="spellStart"/>
      <w:r w:rsidRPr="00EE092A">
        <w:rPr>
          <w:rFonts w:ascii="Arial" w:eastAsia="Arial" w:hAnsi="Arial"/>
          <w:b/>
          <w:color w:val="0070C0"/>
          <w:sz w:val="32"/>
          <w:szCs w:val="20"/>
        </w:rPr>
        <w:t>من</w:t>
      </w:r>
      <w:proofErr w:type="spellEnd"/>
      <w:r w:rsidRPr="00EE092A">
        <w:rPr>
          <w:rFonts w:ascii="Arial" w:eastAsia="Arial" w:hAnsi="Arial"/>
          <w:b/>
          <w:color w:val="0070C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70C0"/>
          <w:sz w:val="32"/>
          <w:szCs w:val="20"/>
        </w:rPr>
        <w:t>الموضعة</w:t>
      </w:r>
      <w:proofErr w:type="spellEnd"/>
      <w:r w:rsidRPr="00EE092A">
        <w:rPr>
          <w:rFonts w:ascii="Arial" w:eastAsia="Arial" w:hAnsi="Arial"/>
          <w:b/>
          <w:color w:val="0070C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70C0"/>
          <w:sz w:val="32"/>
          <w:szCs w:val="20"/>
        </w:rPr>
        <w:t>إلى</w:t>
      </w:r>
      <w:proofErr w:type="spellEnd"/>
      <w:r w:rsidRPr="00EE092A">
        <w:rPr>
          <w:rFonts w:ascii="Arial" w:eastAsia="Arial" w:hAnsi="Arial"/>
          <w:b/>
          <w:color w:val="0070C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70C0"/>
          <w:sz w:val="32"/>
          <w:szCs w:val="20"/>
        </w:rPr>
        <w:t>المسارات</w:t>
      </w:r>
      <w:proofErr w:type="spellEnd"/>
    </w:p>
    <w:p w14:paraId="400555A5" w14:textId="667C40BD" w:rsidR="00FA42B9" w:rsidRDefault="00000000" w:rsidP="0079382B">
      <w:pPr>
        <w:bidi/>
        <w:spacing w:after="60" w:line="264" w:lineRule="auto"/>
        <w:ind w:left="283" w:hanging="283"/>
      </w:pPr>
      <w:proofErr w:type="spellStart"/>
      <w:r>
        <w:rPr>
          <w:rFonts w:ascii="Arial" w:eastAsia="Arial" w:hAnsi="Arial"/>
          <w:sz w:val="28"/>
        </w:rPr>
        <w:t>تم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تذكير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الأساتذة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بمستويات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الموضعة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في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الرياضيات</w:t>
      </w:r>
      <w:proofErr w:type="spellEnd"/>
      <w:r>
        <w:rPr>
          <w:rFonts w:ascii="Arial" w:eastAsia="Arial" w:hAnsi="Arial"/>
          <w:sz w:val="28"/>
        </w:rPr>
        <w:t xml:space="preserve">: </w:t>
      </w:r>
      <w:proofErr w:type="spellStart"/>
      <w:r>
        <w:rPr>
          <w:rFonts w:ascii="Arial" w:eastAsia="Arial" w:hAnsi="Arial"/>
          <w:sz w:val="28"/>
        </w:rPr>
        <w:t>مبتدئ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رقم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رقمان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جمع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طرح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ضرب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قسمة</w:t>
      </w:r>
      <w:proofErr w:type="spellEnd"/>
    </w:p>
    <w:p w14:paraId="27B36F76" w14:textId="29402BD7" w:rsidR="00FA42B9" w:rsidRDefault="00000000" w:rsidP="0079382B">
      <w:pPr>
        <w:bidi/>
        <w:spacing w:after="60" w:line="264" w:lineRule="auto"/>
        <w:ind w:left="283" w:hanging="283"/>
      </w:pPr>
      <w:proofErr w:type="spellStart"/>
      <w:r>
        <w:rPr>
          <w:rFonts w:ascii="Arial" w:eastAsia="Arial" w:hAnsi="Arial"/>
          <w:sz w:val="28"/>
        </w:rPr>
        <w:t>يرتبط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اختيار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المسار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بالمستوى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الفعلي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الذي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أظهره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المتعلم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في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الرائز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ولا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ينبغي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توحيد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المسارات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بشكل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اعتباطي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دون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اعتماد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نتائج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الموضعة</w:t>
      </w:r>
      <w:proofErr w:type="spellEnd"/>
      <w:r w:rsidR="00254903">
        <w:rPr>
          <w:rFonts w:ascii="Arial" w:eastAsia="Arial" w:hAnsi="Arial" w:hint="cs"/>
          <w:sz w:val="28"/>
          <w:rtl/>
        </w:rPr>
        <w:t>.</w:t>
      </w:r>
    </w:p>
    <w:p w14:paraId="29C7D783" w14:textId="542479E5" w:rsidR="00FA42B9" w:rsidRPr="00F86F55" w:rsidRDefault="00000000" w:rsidP="00F86F55">
      <w:pPr>
        <w:bidi/>
        <w:spacing w:after="60" w:line="264" w:lineRule="auto"/>
        <w:ind w:left="283" w:hanging="283"/>
      </w:pPr>
      <w:proofErr w:type="spellStart"/>
      <w:r>
        <w:rPr>
          <w:rFonts w:ascii="Arial" w:eastAsia="Arial" w:hAnsi="Arial"/>
          <w:sz w:val="28"/>
        </w:rPr>
        <w:t>تتضمن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المستويات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الأولى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أنشطة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مرتبطة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بقراءة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الأعداد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وكتابتها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وترتيبها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والعمليات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الأساسية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وحل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وضعيات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بسيطة</w:t>
      </w:r>
      <w:proofErr w:type="spellEnd"/>
      <w:r w:rsidR="00F86F55">
        <w:rPr>
          <w:rFonts w:ascii="Arial" w:eastAsia="Arial" w:hAnsi="Arial" w:hint="cs"/>
          <w:sz w:val="28"/>
          <w:rtl/>
        </w:rPr>
        <w:t xml:space="preserve"> و </w:t>
      </w:r>
      <w:proofErr w:type="spellStart"/>
      <w:r w:rsidR="00F86F55">
        <w:rPr>
          <w:rFonts w:ascii="Arial" w:eastAsia="Arial" w:hAnsi="Arial"/>
          <w:sz w:val="28"/>
        </w:rPr>
        <w:t>تشمل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المستويات</w:t>
      </w:r>
      <w:proofErr w:type="spellEnd"/>
      <w:r w:rsidR="00F86F55">
        <w:rPr>
          <w:rFonts w:ascii="Arial" w:eastAsia="Arial" w:hAnsi="Arial"/>
          <w:sz w:val="28"/>
        </w:rPr>
        <w:t xml:space="preserve"> 4 و5 و6 </w:t>
      </w:r>
      <w:proofErr w:type="spellStart"/>
      <w:r w:rsidR="00F86F55">
        <w:rPr>
          <w:rFonts w:ascii="Arial" w:eastAsia="Arial" w:hAnsi="Arial"/>
          <w:sz w:val="28"/>
        </w:rPr>
        <w:t>مضامين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أكثر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تقدماً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بحسب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المسار</w:t>
      </w:r>
      <w:proofErr w:type="spellEnd"/>
      <w:r w:rsidR="00F86F55">
        <w:rPr>
          <w:rFonts w:ascii="Arial" w:eastAsia="Arial" w:hAnsi="Arial"/>
          <w:sz w:val="28"/>
        </w:rPr>
        <w:t xml:space="preserve">، </w:t>
      </w:r>
      <w:proofErr w:type="spellStart"/>
      <w:r w:rsidR="00F86F55">
        <w:rPr>
          <w:rFonts w:ascii="Arial" w:eastAsia="Arial" w:hAnsi="Arial"/>
          <w:sz w:val="28"/>
        </w:rPr>
        <w:t>مثل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التعامل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مع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أعداد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أكبر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والضرب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والقسمة</w:t>
      </w:r>
      <w:proofErr w:type="spellEnd"/>
      <w:r w:rsidR="00F86F55">
        <w:rPr>
          <w:rFonts w:ascii="Arial" w:eastAsia="Arial" w:hAnsi="Arial" w:hint="cs"/>
          <w:sz w:val="28"/>
          <w:rtl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والأعداد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العشرية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والكسور</w:t>
      </w:r>
      <w:proofErr w:type="spellEnd"/>
      <w:r w:rsidR="00F86F55">
        <w:rPr>
          <w:rFonts w:ascii="Arial" w:eastAsia="Arial" w:hAnsi="Arial"/>
          <w:sz w:val="28"/>
        </w:rPr>
        <w:t xml:space="preserve">، </w:t>
      </w:r>
      <w:proofErr w:type="spellStart"/>
      <w:r w:rsidR="00F86F55">
        <w:rPr>
          <w:rFonts w:ascii="Arial" w:eastAsia="Arial" w:hAnsi="Arial"/>
          <w:sz w:val="28"/>
        </w:rPr>
        <w:t>والقياس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والهندسة</w:t>
      </w:r>
      <w:proofErr w:type="spellEnd"/>
      <w:r w:rsidR="00F86F55">
        <w:rPr>
          <w:rFonts w:ascii="Arial" w:eastAsia="Arial" w:hAnsi="Arial"/>
          <w:sz w:val="28"/>
        </w:rPr>
        <w:t xml:space="preserve">، </w:t>
      </w:r>
      <w:proofErr w:type="spellStart"/>
      <w:r w:rsidR="00F86F55">
        <w:rPr>
          <w:rFonts w:ascii="Arial" w:eastAsia="Arial" w:hAnsi="Arial"/>
          <w:sz w:val="28"/>
        </w:rPr>
        <w:t>وفق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ما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يقتضيه</w:t>
      </w:r>
      <w:proofErr w:type="spellEnd"/>
      <w:r w:rsidR="00F86F55">
        <w:rPr>
          <w:rFonts w:ascii="Arial" w:eastAsia="Arial" w:hAnsi="Arial"/>
          <w:sz w:val="28"/>
        </w:rPr>
        <w:t xml:space="preserve"> </w:t>
      </w:r>
      <w:proofErr w:type="spellStart"/>
      <w:r w:rsidR="00F86F55">
        <w:rPr>
          <w:rFonts w:ascii="Arial" w:eastAsia="Arial" w:hAnsi="Arial"/>
          <w:sz w:val="28"/>
        </w:rPr>
        <w:t>المسار</w:t>
      </w:r>
      <w:proofErr w:type="spellEnd"/>
      <w:r w:rsidR="00F86F55">
        <w:rPr>
          <w:rFonts w:ascii="Arial" w:eastAsia="Arial" w:hAnsi="Arial" w:hint="cs"/>
          <w:sz w:val="28"/>
          <w:rtl/>
        </w:rPr>
        <w:t>.</w:t>
      </w:r>
    </w:p>
    <w:p w14:paraId="0698851D" w14:textId="687157C9" w:rsidR="00FA42B9" w:rsidRPr="00EE092A" w:rsidRDefault="00000000" w:rsidP="00836143">
      <w:pPr>
        <w:pBdr>
          <w:bottom w:val="single" w:sz="8" w:space="2" w:color="2E7D32"/>
        </w:pBdr>
        <w:shd w:val="clear" w:color="auto" w:fill="C4BC96" w:themeFill="background2" w:themeFillShade="BF"/>
        <w:bidi/>
        <w:spacing w:before="120" w:after="80"/>
        <w:rPr>
          <w:color w:val="0070C0"/>
          <w:sz w:val="20"/>
          <w:szCs w:val="20"/>
        </w:rPr>
      </w:pPr>
      <w:proofErr w:type="spellStart"/>
      <w:r w:rsidRPr="00EE092A">
        <w:rPr>
          <w:rFonts w:ascii="Arial" w:eastAsia="Arial" w:hAnsi="Arial"/>
          <w:b/>
          <w:color w:val="0070C0"/>
          <w:sz w:val="32"/>
          <w:szCs w:val="20"/>
        </w:rPr>
        <w:t>الرياضيات</w:t>
      </w:r>
      <w:proofErr w:type="spellEnd"/>
      <w:r w:rsidRPr="00EE092A">
        <w:rPr>
          <w:rFonts w:ascii="Arial" w:eastAsia="Arial" w:hAnsi="Arial"/>
          <w:b/>
          <w:color w:val="0070C0"/>
          <w:sz w:val="32"/>
          <w:szCs w:val="20"/>
        </w:rPr>
        <w:t xml:space="preserve"> – </w:t>
      </w:r>
      <w:proofErr w:type="spellStart"/>
      <w:r w:rsidRPr="00EE092A">
        <w:rPr>
          <w:rFonts w:ascii="Arial" w:eastAsia="Arial" w:hAnsi="Arial"/>
          <w:b/>
          <w:color w:val="0070C0"/>
          <w:sz w:val="32"/>
          <w:szCs w:val="20"/>
        </w:rPr>
        <w:t>توصيف</w:t>
      </w:r>
      <w:proofErr w:type="spellEnd"/>
      <w:r w:rsidRPr="00EE092A">
        <w:rPr>
          <w:rFonts w:ascii="Arial" w:eastAsia="Arial" w:hAnsi="Arial"/>
          <w:b/>
          <w:color w:val="0070C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70C0"/>
          <w:sz w:val="32"/>
          <w:szCs w:val="20"/>
        </w:rPr>
        <w:t>اللبنات</w:t>
      </w:r>
      <w:proofErr w:type="spellEnd"/>
    </w:p>
    <w:p w14:paraId="243762DB" w14:textId="1665347D" w:rsidR="00FA42B9" w:rsidRDefault="00000000" w:rsidP="00EE092A">
      <w:pPr>
        <w:pStyle w:val="Paragraphedeliste"/>
        <w:numPr>
          <w:ilvl w:val="0"/>
          <w:numId w:val="14"/>
        </w:numPr>
        <w:bidi/>
        <w:spacing w:after="60" w:line="264" w:lineRule="auto"/>
      </w:pPr>
      <w:proofErr w:type="spellStart"/>
      <w:r w:rsidRPr="00EE092A">
        <w:rPr>
          <w:rFonts w:ascii="Arial" w:eastAsia="Arial" w:hAnsi="Arial" w:cs="Times New Roman"/>
          <w:sz w:val="28"/>
        </w:rPr>
        <w:t>تم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التذكير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بكيفية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تدبير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اللبنات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وتتبع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إنجازها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مع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احتساب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أيام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التصديق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ضمن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المدة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الزمنية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المحددة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لكل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لبنة</w:t>
      </w:r>
      <w:proofErr w:type="spellEnd"/>
      <w:r w:rsidR="00F86F55">
        <w:rPr>
          <w:rFonts w:ascii="Arial" w:eastAsia="Arial" w:hAnsi="Arial" w:hint="cs"/>
          <w:sz w:val="28"/>
          <w:rtl/>
        </w:rPr>
        <w:t>.</w:t>
      </w:r>
    </w:p>
    <w:p w14:paraId="7BD843AC" w14:textId="38F1D249" w:rsidR="00FA42B9" w:rsidRDefault="00000000" w:rsidP="00EE092A">
      <w:pPr>
        <w:pStyle w:val="Paragraphedeliste"/>
        <w:numPr>
          <w:ilvl w:val="0"/>
          <w:numId w:val="14"/>
        </w:numPr>
        <w:bidi/>
        <w:spacing w:after="60" w:line="264" w:lineRule="auto"/>
      </w:pPr>
      <w:proofErr w:type="spellStart"/>
      <w:r w:rsidRPr="00EE092A">
        <w:rPr>
          <w:rFonts w:ascii="Arial" w:eastAsia="Arial" w:hAnsi="Arial" w:cs="Times New Roman"/>
          <w:sz w:val="28"/>
        </w:rPr>
        <w:t>ي</w:t>
      </w:r>
      <w:r w:rsidRPr="00EE092A">
        <w:rPr>
          <w:rFonts w:ascii="Arial" w:eastAsia="Arial" w:hAnsi="Arial"/>
          <w:sz w:val="28"/>
        </w:rPr>
        <w:t>تضمن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اختبار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التصديق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أسئلة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مكافئة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في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طبيعتها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لأسئلة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رائز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الموضعة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قصد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التحقق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من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مدى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اكتساب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التعلمات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المستهدفة</w:t>
      </w:r>
      <w:proofErr w:type="spellEnd"/>
      <w:r w:rsidR="00254903" w:rsidRPr="00EE092A">
        <w:rPr>
          <w:rFonts w:ascii="Arial" w:eastAsia="Arial" w:hAnsi="Arial" w:hint="cs"/>
          <w:sz w:val="28"/>
          <w:rtl/>
        </w:rPr>
        <w:t>.</w:t>
      </w:r>
    </w:p>
    <w:p w14:paraId="32A90EB4" w14:textId="0D98C608" w:rsidR="00FA42B9" w:rsidRDefault="00000000" w:rsidP="00EE092A">
      <w:pPr>
        <w:pStyle w:val="Paragraphedeliste"/>
        <w:numPr>
          <w:ilvl w:val="0"/>
          <w:numId w:val="14"/>
        </w:numPr>
        <w:bidi/>
        <w:spacing w:after="60" w:line="264" w:lineRule="auto"/>
      </w:pPr>
      <w:proofErr w:type="spellStart"/>
      <w:r w:rsidRPr="00EE092A">
        <w:rPr>
          <w:rFonts w:ascii="Arial" w:eastAsia="Arial" w:hAnsi="Arial" w:cs="Times New Roman"/>
          <w:sz w:val="28"/>
        </w:rPr>
        <w:t>إ</w:t>
      </w:r>
      <w:r w:rsidRPr="00EE092A">
        <w:rPr>
          <w:rFonts w:ascii="Arial" w:eastAsia="Arial" w:hAnsi="Arial"/>
          <w:sz w:val="28"/>
        </w:rPr>
        <w:t>ذا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كانت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مدة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اللبنة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تتجاوز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أربعة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أيام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تخصص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الفترة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الأخيرة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منها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للتصديق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على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التعلمات</w:t>
      </w:r>
      <w:proofErr w:type="spellEnd"/>
      <w:r w:rsidR="00254903" w:rsidRPr="00EE092A">
        <w:rPr>
          <w:rFonts w:ascii="Arial" w:eastAsia="Arial" w:hAnsi="Arial" w:hint="cs"/>
          <w:sz w:val="28"/>
          <w:rtl/>
        </w:rPr>
        <w:t>.</w:t>
      </w:r>
    </w:p>
    <w:p w14:paraId="1AA5D48D" w14:textId="6AEFD3AF" w:rsidR="00FA42B9" w:rsidRDefault="00000000" w:rsidP="00EE092A">
      <w:pPr>
        <w:pStyle w:val="Paragraphedeliste"/>
        <w:numPr>
          <w:ilvl w:val="0"/>
          <w:numId w:val="14"/>
        </w:numPr>
        <w:bidi/>
        <w:spacing w:after="60" w:line="264" w:lineRule="auto"/>
      </w:pPr>
      <w:proofErr w:type="spellStart"/>
      <w:r w:rsidRPr="00EE092A">
        <w:rPr>
          <w:rFonts w:ascii="Arial" w:eastAsia="Arial" w:hAnsi="Arial" w:cs="Times New Roman"/>
          <w:sz w:val="28"/>
        </w:rPr>
        <w:t>إ</w:t>
      </w:r>
      <w:r w:rsidRPr="00EE092A">
        <w:rPr>
          <w:rFonts w:ascii="Arial" w:eastAsia="Arial" w:hAnsi="Arial"/>
          <w:sz w:val="28"/>
        </w:rPr>
        <w:t>ذا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تجاوزت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مدة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اللبنة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عشرة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أيام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في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المستويات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الأولى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يخصص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يوم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للتجميع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والتتبع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واختبار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مرحلي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في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منتصف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المدة</w:t>
      </w:r>
      <w:proofErr w:type="spellEnd"/>
      <w:r w:rsidR="00254903" w:rsidRPr="00EE092A">
        <w:rPr>
          <w:rFonts w:ascii="Arial" w:eastAsia="Arial" w:hAnsi="Arial" w:hint="cs"/>
          <w:sz w:val="28"/>
          <w:rtl/>
        </w:rPr>
        <w:t>.</w:t>
      </w:r>
    </w:p>
    <w:p w14:paraId="66D7F1CC" w14:textId="741C9635" w:rsidR="00FA42B9" w:rsidRPr="00EE092A" w:rsidRDefault="00000000" w:rsidP="00836143">
      <w:pPr>
        <w:pBdr>
          <w:bottom w:val="single" w:sz="8" w:space="2" w:color="2E7D32"/>
        </w:pBdr>
        <w:shd w:val="clear" w:color="auto" w:fill="B6DDE8" w:themeFill="accent5" w:themeFillTint="66"/>
        <w:bidi/>
        <w:spacing w:before="120" w:after="80"/>
        <w:rPr>
          <w:color w:val="00B050"/>
          <w:sz w:val="20"/>
          <w:szCs w:val="20"/>
        </w:rPr>
      </w:pPr>
      <w:proofErr w:type="spellStart"/>
      <w:r w:rsidRPr="00EE092A">
        <w:rPr>
          <w:rFonts w:ascii="Arial" w:eastAsia="Arial" w:hAnsi="Arial"/>
          <w:b/>
          <w:color w:val="00B050"/>
          <w:sz w:val="32"/>
          <w:szCs w:val="20"/>
        </w:rPr>
        <w:t>إجراءات</w:t>
      </w:r>
      <w:proofErr w:type="spellEnd"/>
      <w:r w:rsidRPr="00EE092A">
        <w:rPr>
          <w:rFonts w:ascii="Arial" w:eastAsia="Arial" w:hAnsi="Arial"/>
          <w:b/>
          <w:color w:val="00B05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B050"/>
          <w:sz w:val="32"/>
          <w:szCs w:val="20"/>
        </w:rPr>
        <w:t>التصديق</w:t>
      </w:r>
      <w:proofErr w:type="spellEnd"/>
      <w:r w:rsidRPr="00EE092A">
        <w:rPr>
          <w:rFonts w:ascii="Arial" w:eastAsia="Arial" w:hAnsi="Arial"/>
          <w:b/>
          <w:color w:val="00B05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B050"/>
          <w:sz w:val="32"/>
          <w:szCs w:val="20"/>
        </w:rPr>
        <w:t>والانتقال</w:t>
      </w:r>
      <w:proofErr w:type="spellEnd"/>
    </w:p>
    <w:p w14:paraId="05641161" w14:textId="59FB0102" w:rsidR="00FA42B9" w:rsidRDefault="00000000" w:rsidP="0079382B">
      <w:pPr>
        <w:bidi/>
        <w:spacing w:after="60" w:line="264" w:lineRule="auto"/>
        <w:ind w:left="283" w:hanging="283"/>
      </w:pPr>
      <w:proofErr w:type="spellStart"/>
      <w:r>
        <w:rPr>
          <w:rFonts w:ascii="Arial" w:eastAsia="Arial" w:hAnsi="Arial"/>
          <w:sz w:val="28"/>
        </w:rPr>
        <w:t>تُعد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نسبة</w:t>
      </w:r>
      <w:proofErr w:type="spellEnd"/>
      <w:r>
        <w:rPr>
          <w:rFonts w:ascii="Arial" w:eastAsia="Arial" w:hAnsi="Arial"/>
          <w:sz w:val="28"/>
        </w:rPr>
        <w:t xml:space="preserve"> 70% </w:t>
      </w:r>
      <w:proofErr w:type="spellStart"/>
      <w:r>
        <w:rPr>
          <w:rFonts w:ascii="Arial" w:eastAsia="Arial" w:hAnsi="Arial"/>
          <w:sz w:val="28"/>
        </w:rPr>
        <w:t>من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الإتقان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عتبة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أساسية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للمصادقة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على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اللبنة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والانتقال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إلى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اللبنة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الموالية</w:t>
      </w:r>
      <w:proofErr w:type="spellEnd"/>
      <w:r w:rsidR="00EE092A">
        <w:rPr>
          <w:rFonts w:ascii="Arial" w:eastAsia="Arial" w:hAnsi="Arial" w:hint="cs"/>
          <w:sz w:val="28"/>
          <w:rtl/>
        </w:rPr>
        <w:t>.</w:t>
      </w:r>
    </w:p>
    <w:p w14:paraId="6AFB69C9" w14:textId="48010A2A" w:rsidR="00FA42B9" w:rsidRDefault="00000000" w:rsidP="0079382B">
      <w:pPr>
        <w:bidi/>
        <w:spacing w:after="60" w:line="264" w:lineRule="auto"/>
        <w:ind w:left="283" w:hanging="283"/>
      </w:pPr>
      <w:proofErr w:type="spellStart"/>
      <w:r>
        <w:rPr>
          <w:rFonts w:ascii="Arial" w:eastAsia="Arial" w:hAnsi="Arial"/>
          <w:sz w:val="28"/>
        </w:rPr>
        <w:t>عند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عدم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بلوغ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نسبة</w:t>
      </w:r>
      <w:proofErr w:type="spellEnd"/>
      <w:r>
        <w:rPr>
          <w:rFonts w:ascii="Arial" w:eastAsia="Arial" w:hAnsi="Arial"/>
          <w:sz w:val="28"/>
        </w:rPr>
        <w:t xml:space="preserve"> 70%، </w:t>
      </w:r>
      <w:proofErr w:type="spellStart"/>
      <w:r>
        <w:rPr>
          <w:rFonts w:ascii="Arial" w:eastAsia="Arial" w:hAnsi="Arial"/>
          <w:sz w:val="28"/>
        </w:rPr>
        <w:t>يتم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تخصيص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يومين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للدعم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والاستدراك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بتنسيق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المفتش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التربوي</w:t>
      </w:r>
      <w:proofErr w:type="spellEnd"/>
      <w:r w:rsidR="00254903">
        <w:rPr>
          <w:rFonts w:ascii="Arial" w:eastAsia="Arial" w:hAnsi="Arial" w:hint="cs"/>
          <w:sz w:val="28"/>
          <w:rtl/>
        </w:rPr>
        <w:t>.</w:t>
      </w:r>
    </w:p>
    <w:p w14:paraId="4A164306" w14:textId="2760E92F" w:rsidR="00FA42B9" w:rsidRDefault="00000000" w:rsidP="0079382B">
      <w:pPr>
        <w:bidi/>
        <w:spacing w:after="60" w:line="264" w:lineRule="auto"/>
        <w:ind w:left="283" w:hanging="283"/>
      </w:pPr>
      <w:proofErr w:type="spellStart"/>
      <w:r>
        <w:rPr>
          <w:rFonts w:ascii="Arial" w:eastAsia="Arial" w:hAnsi="Arial"/>
          <w:sz w:val="28"/>
        </w:rPr>
        <w:lastRenderedPageBreak/>
        <w:t>تُختار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أنشطة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الاستدراك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بناءً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على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نتائج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التصديق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مع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التركيز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على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المتعلمين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الذين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ما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زالوا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يواجهون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صعوبات</w:t>
      </w:r>
      <w:proofErr w:type="spellEnd"/>
    </w:p>
    <w:p w14:paraId="53161286" w14:textId="3007EE17" w:rsidR="00FA42B9" w:rsidRDefault="00000000" w:rsidP="0079382B">
      <w:pPr>
        <w:bidi/>
        <w:spacing w:after="60" w:line="264" w:lineRule="auto"/>
        <w:ind w:left="283" w:hanging="283"/>
      </w:pPr>
      <w:proofErr w:type="spellStart"/>
      <w:proofErr w:type="gramStart"/>
      <w:r>
        <w:rPr>
          <w:rFonts w:ascii="Arial" w:eastAsia="Arial" w:hAnsi="Arial"/>
          <w:sz w:val="28"/>
        </w:rPr>
        <w:t>بعد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اليومين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الإضافيين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للدعم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يتم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الشروع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في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اللبنة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الموالية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حتى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في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حالة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عدم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بلوغ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نسبة</w:t>
      </w:r>
      <w:proofErr w:type="spellEnd"/>
      <w:r>
        <w:rPr>
          <w:rFonts w:ascii="Arial" w:eastAsia="Arial" w:hAnsi="Arial"/>
          <w:sz w:val="28"/>
        </w:rPr>
        <w:t xml:space="preserve"> 70%، </w:t>
      </w:r>
      <w:proofErr w:type="spellStart"/>
      <w:r>
        <w:rPr>
          <w:rFonts w:ascii="Arial" w:eastAsia="Arial" w:hAnsi="Arial"/>
          <w:sz w:val="28"/>
        </w:rPr>
        <w:t>وفق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التدبير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المحدد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في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البرنامج</w:t>
      </w:r>
      <w:proofErr w:type="spellEnd"/>
      <w:r w:rsidR="009B1E5C">
        <w:rPr>
          <w:rFonts w:ascii="Arial" w:eastAsia="Arial" w:hAnsi="Arial" w:hint="cs"/>
          <w:sz w:val="28"/>
          <w:rtl/>
        </w:rPr>
        <w:t>.</w:t>
      </w:r>
      <w:proofErr w:type="gramEnd"/>
    </w:p>
    <w:p w14:paraId="4E657F5C" w14:textId="3BCCE56C" w:rsidR="00FA42B9" w:rsidRPr="00EE092A" w:rsidRDefault="00000000" w:rsidP="00836143">
      <w:pPr>
        <w:pBdr>
          <w:bottom w:val="single" w:sz="8" w:space="2" w:color="2E7D32"/>
        </w:pBdr>
        <w:shd w:val="clear" w:color="auto" w:fill="D6E3BC" w:themeFill="accent3" w:themeFillTint="66"/>
        <w:bidi/>
        <w:spacing w:before="120" w:after="80"/>
        <w:rPr>
          <w:color w:val="00B0F0"/>
          <w:sz w:val="20"/>
          <w:szCs w:val="20"/>
        </w:rPr>
      </w:pPr>
      <w:proofErr w:type="spellStart"/>
      <w:r w:rsidRPr="00EE092A">
        <w:rPr>
          <w:rFonts w:ascii="Arial" w:eastAsia="Arial" w:hAnsi="Arial"/>
          <w:b/>
          <w:color w:val="00B0F0"/>
          <w:sz w:val="32"/>
          <w:szCs w:val="20"/>
        </w:rPr>
        <w:t>توصيف</w:t>
      </w:r>
      <w:proofErr w:type="spellEnd"/>
      <w:r w:rsidRPr="00EE092A">
        <w:rPr>
          <w:rFonts w:ascii="Arial" w:eastAsia="Arial" w:hAnsi="Arial"/>
          <w:b/>
          <w:color w:val="00B0F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B0F0"/>
          <w:sz w:val="32"/>
          <w:szCs w:val="20"/>
        </w:rPr>
        <w:t>اللبنات</w:t>
      </w:r>
      <w:proofErr w:type="spellEnd"/>
      <w:r w:rsidRPr="00EE092A">
        <w:rPr>
          <w:rFonts w:ascii="Arial" w:eastAsia="Arial" w:hAnsi="Arial"/>
          <w:b/>
          <w:color w:val="00B0F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B0F0"/>
          <w:sz w:val="32"/>
          <w:szCs w:val="20"/>
        </w:rPr>
        <w:t>في</w:t>
      </w:r>
      <w:proofErr w:type="spellEnd"/>
      <w:r w:rsidRPr="00EE092A">
        <w:rPr>
          <w:rFonts w:ascii="Arial" w:eastAsia="Arial" w:hAnsi="Arial"/>
          <w:b/>
          <w:color w:val="00B0F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B0F0"/>
          <w:sz w:val="32"/>
          <w:szCs w:val="20"/>
        </w:rPr>
        <w:t>الرياضيات</w:t>
      </w:r>
      <w:proofErr w:type="spellEnd"/>
    </w:p>
    <w:p w14:paraId="26D3CA89" w14:textId="7B6AB725" w:rsidR="00FA42B9" w:rsidRDefault="00000000" w:rsidP="00EE092A">
      <w:pPr>
        <w:pStyle w:val="Paragraphedeliste"/>
        <w:numPr>
          <w:ilvl w:val="0"/>
          <w:numId w:val="13"/>
        </w:numPr>
        <w:bidi/>
        <w:spacing w:after="60" w:line="264" w:lineRule="auto"/>
      </w:pPr>
      <w:proofErr w:type="spellStart"/>
      <w:r w:rsidRPr="00EE092A">
        <w:rPr>
          <w:rFonts w:ascii="Arial" w:eastAsia="Arial" w:hAnsi="Arial" w:cs="Times New Roman"/>
          <w:sz w:val="28"/>
        </w:rPr>
        <w:t>لبنة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الجمع</w:t>
      </w:r>
      <w:proofErr w:type="spellEnd"/>
      <w:r w:rsidRPr="00EE092A">
        <w:rPr>
          <w:rFonts w:ascii="Arial" w:eastAsia="Arial" w:hAnsi="Arial"/>
          <w:sz w:val="28"/>
        </w:rPr>
        <w:t xml:space="preserve">: </w:t>
      </w:r>
      <w:proofErr w:type="spellStart"/>
      <w:r w:rsidRPr="00EE092A">
        <w:rPr>
          <w:rFonts w:ascii="Arial" w:eastAsia="Arial" w:hAnsi="Arial"/>
          <w:sz w:val="28"/>
        </w:rPr>
        <w:t>الجمع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بالاحتفاظ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قراءة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الأعداد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وكتابتها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وترتيبها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وحل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وضعيات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بسيطة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مرتبطة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بالجمع</w:t>
      </w:r>
      <w:proofErr w:type="spellEnd"/>
      <w:r w:rsidR="00254903" w:rsidRPr="00EE092A">
        <w:rPr>
          <w:rFonts w:ascii="Arial" w:eastAsia="Arial" w:hAnsi="Arial" w:hint="cs"/>
          <w:sz w:val="28"/>
          <w:rtl/>
        </w:rPr>
        <w:t>.</w:t>
      </w:r>
    </w:p>
    <w:p w14:paraId="260DA2A4" w14:textId="7F61329E" w:rsidR="00FA42B9" w:rsidRDefault="00000000" w:rsidP="00EE092A">
      <w:pPr>
        <w:pStyle w:val="Paragraphedeliste"/>
        <w:numPr>
          <w:ilvl w:val="0"/>
          <w:numId w:val="13"/>
        </w:numPr>
        <w:bidi/>
        <w:spacing w:after="60" w:line="264" w:lineRule="auto"/>
      </w:pPr>
      <w:proofErr w:type="spellStart"/>
      <w:r w:rsidRPr="00EE092A">
        <w:rPr>
          <w:rFonts w:ascii="Arial" w:eastAsia="Arial" w:hAnsi="Arial" w:cs="Times New Roman"/>
          <w:sz w:val="28"/>
        </w:rPr>
        <w:t>لبنة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الطرح</w:t>
      </w:r>
      <w:proofErr w:type="spellEnd"/>
      <w:r w:rsidRPr="00EE092A">
        <w:rPr>
          <w:rFonts w:ascii="Arial" w:eastAsia="Arial" w:hAnsi="Arial"/>
          <w:sz w:val="28"/>
        </w:rPr>
        <w:t xml:space="preserve">: </w:t>
      </w:r>
      <w:proofErr w:type="spellStart"/>
      <w:r w:rsidRPr="00EE092A">
        <w:rPr>
          <w:rFonts w:ascii="Arial" w:eastAsia="Arial" w:hAnsi="Arial"/>
          <w:sz w:val="28"/>
        </w:rPr>
        <w:t>الطرح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بالاستلاف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أو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التبادل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قراءة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الأعداد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وكتابتها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وترتيبها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وحل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وضعيات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مرتبطة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بالطرح</w:t>
      </w:r>
      <w:proofErr w:type="spellEnd"/>
      <w:r w:rsidR="00254903" w:rsidRPr="00EE092A">
        <w:rPr>
          <w:rFonts w:ascii="Arial" w:eastAsia="Arial" w:hAnsi="Arial" w:hint="cs"/>
          <w:sz w:val="28"/>
          <w:rtl/>
        </w:rPr>
        <w:t>.</w:t>
      </w:r>
    </w:p>
    <w:p w14:paraId="7425423F" w14:textId="7F9137BC" w:rsidR="00FA42B9" w:rsidRDefault="00000000" w:rsidP="00EE092A">
      <w:pPr>
        <w:pStyle w:val="Paragraphedeliste"/>
        <w:numPr>
          <w:ilvl w:val="0"/>
          <w:numId w:val="13"/>
        </w:numPr>
        <w:bidi/>
        <w:spacing w:after="60" w:line="264" w:lineRule="auto"/>
      </w:pPr>
      <w:proofErr w:type="spellStart"/>
      <w:r w:rsidRPr="00EE092A">
        <w:rPr>
          <w:rFonts w:ascii="Arial" w:eastAsia="Arial" w:hAnsi="Arial" w:cs="Times New Roman"/>
          <w:sz w:val="28"/>
        </w:rPr>
        <w:t>لبنة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الضرب</w:t>
      </w:r>
      <w:proofErr w:type="spellEnd"/>
      <w:r w:rsidRPr="00EE092A">
        <w:rPr>
          <w:rFonts w:ascii="Arial" w:eastAsia="Arial" w:hAnsi="Arial"/>
          <w:sz w:val="28"/>
        </w:rPr>
        <w:t xml:space="preserve">: </w:t>
      </w:r>
      <w:proofErr w:type="spellStart"/>
      <w:r w:rsidRPr="00EE092A">
        <w:rPr>
          <w:rFonts w:ascii="Arial" w:eastAsia="Arial" w:hAnsi="Arial"/>
          <w:sz w:val="28"/>
        </w:rPr>
        <w:t>إنجاز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عمليات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الضرب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تدبير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الأعداد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وحل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وضعيات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تتضمن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العمليات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الأربع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بحسب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السياق</w:t>
      </w:r>
      <w:proofErr w:type="spellEnd"/>
      <w:r w:rsidR="00254903" w:rsidRPr="00EE092A">
        <w:rPr>
          <w:rFonts w:ascii="Arial" w:eastAsia="Arial" w:hAnsi="Arial" w:hint="cs"/>
          <w:sz w:val="28"/>
          <w:rtl/>
        </w:rPr>
        <w:t>.</w:t>
      </w:r>
    </w:p>
    <w:p w14:paraId="546B4E77" w14:textId="43AFB043" w:rsidR="00FA42B9" w:rsidRDefault="00000000" w:rsidP="00EE092A">
      <w:pPr>
        <w:pStyle w:val="Paragraphedeliste"/>
        <w:numPr>
          <w:ilvl w:val="0"/>
          <w:numId w:val="13"/>
        </w:numPr>
        <w:bidi/>
        <w:spacing w:after="60" w:line="264" w:lineRule="auto"/>
      </w:pPr>
      <w:proofErr w:type="spellStart"/>
      <w:r w:rsidRPr="00EE092A">
        <w:rPr>
          <w:rFonts w:ascii="Arial" w:eastAsia="Arial" w:hAnsi="Arial" w:cs="Times New Roman"/>
          <w:sz w:val="28"/>
        </w:rPr>
        <w:t>لبنة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القسمة</w:t>
      </w:r>
      <w:proofErr w:type="spellEnd"/>
      <w:r w:rsidRPr="00EE092A">
        <w:rPr>
          <w:rFonts w:ascii="Arial" w:eastAsia="Arial" w:hAnsi="Arial"/>
          <w:sz w:val="28"/>
        </w:rPr>
        <w:t xml:space="preserve">: </w:t>
      </w:r>
      <w:proofErr w:type="spellStart"/>
      <w:r w:rsidRPr="00EE092A">
        <w:rPr>
          <w:rFonts w:ascii="Arial" w:eastAsia="Arial" w:hAnsi="Arial"/>
          <w:sz w:val="28"/>
        </w:rPr>
        <w:t>إنجاز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القسمة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قراءة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الأعداد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وكتابتها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وترتيبها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وحل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وضعيات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بسيطة</w:t>
      </w:r>
      <w:proofErr w:type="spellEnd"/>
      <w:r w:rsidR="00254903" w:rsidRPr="00EE092A">
        <w:rPr>
          <w:rFonts w:ascii="Arial" w:eastAsia="Arial" w:hAnsi="Arial" w:hint="cs"/>
          <w:sz w:val="28"/>
          <w:rtl/>
        </w:rPr>
        <w:t>.</w:t>
      </w:r>
    </w:p>
    <w:p w14:paraId="33AE1481" w14:textId="7F17439A" w:rsidR="00FA42B9" w:rsidRDefault="00000000" w:rsidP="00EE092A">
      <w:pPr>
        <w:pStyle w:val="Paragraphedeliste"/>
        <w:numPr>
          <w:ilvl w:val="0"/>
          <w:numId w:val="13"/>
        </w:numPr>
        <w:bidi/>
        <w:spacing w:after="60" w:line="264" w:lineRule="auto"/>
      </w:pPr>
      <w:proofErr w:type="spellStart"/>
      <w:r w:rsidRPr="00EE092A">
        <w:rPr>
          <w:rFonts w:ascii="Arial" w:eastAsia="Arial" w:hAnsi="Arial" w:cs="Times New Roman"/>
          <w:sz w:val="28"/>
        </w:rPr>
        <w:t>لبنة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التحدي</w:t>
      </w:r>
      <w:proofErr w:type="spellEnd"/>
      <w:r w:rsidRPr="00EE092A">
        <w:rPr>
          <w:rFonts w:ascii="Arial" w:eastAsia="Arial" w:hAnsi="Arial"/>
          <w:sz w:val="28"/>
        </w:rPr>
        <w:t xml:space="preserve">: </w:t>
      </w:r>
      <w:proofErr w:type="spellStart"/>
      <w:r w:rsidRPr="00EE092A">
        <w:rPr>
          <w:rFonts w:ascii="Arial" w:eastAsia="Arial" w:hAnsi="Arial"/>
          <w:sz w:val="28"/>
        </w:rPr>
        <w:t>الأعداد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العشرية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الكسور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العمليات</w:t>
      </w:r>
      <w:proofErr w:type="spellEnd"/>
      <w:r w:rsidRPr="00EE092A">
        <w:rPr>
          <w:rFonts w:ascii="Arial" w:eastAsia="Arial" w:hAnsi="Arial"/>
          <w:sz w:val="28"/>
        </w:rPr>
        <w:t xml:space="preserve">، </w:t>
      </w:r>
      <w:proofErr w:type="spellStart"/>
      <w:r w:rsidRPr="00EE092A">
        <w:rPr>
          <w:rFonts w:ascii="Arial" w:eastAsia="Arial" w:hAnsi="Arial"/>
          <w:sz w:val="28"/>
        </w:rPr>
        <w:t>القياس</w:t>
      </w:r>
      <w:proofErr w:type="spellEnd"/>
      <w:r w:rsidRPr="00EE092A">
        <w:rPr>
          <w:rFonts w:ascii="Arial" w:eastAsia="Arial" w:hAnsi="Arial"/>
          <w:sz w:val="28"/>
        </w:rPr>
        <w:t xml:space="preserve"> </w:t>
      </w:r>
      <w:proofErr w:type="spellStart"/>
      <w:r w:rsidRPr="00EE092A">
        <w:rPr>
          <w:rFonts w:ascii="Arial" w:eastAsia="Arial" w:hAnsi="Arial"/>
          <w:sz w:val="28"/>
        </w:rPr>
        <w:t>والهندسة</w:t>
      </w:r>
      <w:proofErr w:type="spellEnd"/>
      <w:r w:rsidR="00254903" w:rsidRPr="00EE092A">
        <w:rPr>
          <w:rFonts w:ascii="Arial" w:eastAsia="Arial" w:hAnsi="Arial" w:hint="cs"/>
          <w:sz w:val="28"/>
          <w:rtl/>
        </w:rPr>
        <w:t>.</w:t>
      </w:r>
    </w:p>
    <w:p w14:paraId="38557A92" w14:textId="3E8A35BA" w:rsidR="00FA42B9" w:rsidRPr="00EE092A" w:rsidRDefault="00000000" w:rsidP="00B37581">
      <w:pPr>
        <w:pBdr>
          <w:bottom w:val="single" w:sz="8" w:space="2" w:color="2E7D32"/>
        </w:pBdr>
        <w:shd w:val="clear" w:color="auto" w:fill="FABF8F" w:themeFill="accent6" w:themeFillTint="99"/>
        <w:bidi/>
        <w:spacing w:before="120" w:after="80"/>
        <w:rPr>
          <w:color w:val="00B0F0"/>
          <w:sz w:val="20"/>
          <w:szCs w:val="20"/>
        </w:rPr>
      </w:pPr>
      <w:proofErr w:type="spellStart"/>
      <w:r w:rsidRPr="00EE092A">
        <w:rPr>
          <w:rFonts w:ascii="Arial" w:eastAsia="Arial" w:hAnsi="Arial"/>
          <w:b/>
          <w:color w:val="00B0F0"/>
          <w:sz w:val="32"/>
          <w:szCs w:val="20"/>
        </w:rPr>
        <w:t>أنشطة</w:t>
      </w:r>
      <w:proofErr w:type="spellEnd"/>
      <w:r w:rsidRPr="00EE092A">
        <w:rPr>
          <w:rFonts w:ascii="Arial" w:eastAsia="Arial" w:hAnsi="Arial"/>
          <w:b/>
          <w:color w:val="00B0F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B0F0"/>
          <w:sz w:val="32"/>
          <w:szCs w:val="20"/>
        </w:rPr>
        <w:t>الرياضيات</w:t>
      </w:r>
      <w:proofErr w:type="spellEnd"/>
      <w:r w:rsidRPr="00EE092A">
        <w:rPr>
          <w:rFonts w:ascii="Arial" w:eastAsia="Arial" w:hAnsi="Arial"/>
          <w:b/>
          <w:color w:val="00B0F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B0F0"/>
          <w:sz w:val="32"/>
          <w:szCs w:val="20"/>
        </w:rPr>
        <w:t>وهيكلة</w:t>
      </w:r>
      <w:proofErr w:type="spellEnd"/>
      <w:r w:rsidRPr="00EE092A">
        <w:rPr>
          <w:rFonts w:ascii="Arial" w:eastAsia="Arial" w:hAnsi="Arial"/>
          <w:b/>
          <w:color w:val="00B0F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B0F0"/>
          <w:sz w:val="32"/>
          <w:szCs w:val="20"/>
        </w:rPr>
        <w:t>الحصة</w:t>
      </w:r>
      <w:proofErr w:type="spellEnd"/>
    </w:p>
    <w:p w14:paraId="424C077C" w14:textId="1808D605" w:rsidR="00FA42B9" w:rsidRDefault="00000000" w:rsidP="00254903">
      <w:pPr>
        <w:pStyle w:val="Paragraphedeliste"/>
        <w:numPr>
          <w:ilvl w:val="0"/>
          <w:numId w:val="12"/>
        </w:numPr>
        <w:bidi/>
        <w:spacing w:after="60" w:line="264" w:lineRule="auto"/>
      </w:pPr>
      <w:proofErr w:type="spellStart"/>
      <w:r w:rsidRPr="00254903">
        <w:rPr>
          <w:rFonts w:ascii="Arial" w:eastAsia="Arial" w:hAnsi="Arial" w:cs="Times New Roman"/>
          <w:sz w:val="28"/>
        </w:rPr>
        <w:t>الأنشطة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الروتينية</w:t>
      </w:r>
      <w:proofErr w:type="spellEnd"/>
      <w:r w:rsidRPr="00254903">
        <w:rPr>
          <w:rFonts w:ascii="Arial" w:eastAsia="Arial" w:hAnsi="Arial"/>
          <w:sz w:val="28"/>
        </w:rPr>
        <w:t xml:space="preserve">: </w:t>
      </w:r>
      <w:proofErr w:type="spellStart"/>
      <w:r w:rsidRPr="00254903">
        <w:rPr>
          <w:rFonts w:ascii="Arial" w:eastAsia="Arial" w:hAnsi="Arial"/>
          <w:sz w:val="28"/>
        </w:rPr>
        <w:t>جداول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الجمع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والطرح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شفوياً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خريطة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ذهنية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لعائلة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الأعداد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جداول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الضرب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لوحات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قراءة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الأعداد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وبطاقات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الأعداد</w:t>
      </w:r>
      <w:proofErr w:type="spellEnd"/>
      <w:r w:rsidR="00254903" w:rsidRPr="00254903">
        <w:rPr>
          <w:rFonts w:ascii="Arial" w:eastAsia="Arial" w:hAnsi="Arial" w:hint="cs"/>
          <w:sz w:val="28"/>
          <w:rtl/>
        </w:rPr>
        <w:t>.</w:t>
      </w:r>
    </w:p>
    <w:p w14:paraId="79C7EEB8" w14:textId="152E4B70" w:rsidR="00FA42B9" w:rsidRDefault="00000000" w:rsidP="00254903">
      <w:pPr>
        <w:pStyle w:val="Paragraphedeliste"/>
        <w:numPr>
          <w:ilvl w:val="0"/>
          <w:numId w:val="12"/>
        </w:numPr>
        <w:bidi/>
        <w:spacing w:after="60" w:line="264" w:lineRule="auto"/>
      </w:pPr>
      <w:proofErr w:type="spellStart"/>
      <w:r w:rsidRPr="00254903">
        <w:rPr>
          <w:rFonts w:ascii="Arial" w:eastAsia="Arial" w:hAnsi="Arial" w:cs="Times New Roman"/>
          <w:sz w:val="28"/>
        </w:rPr>
        <w:t>م</w:t>
      </w:r>
      <w:r w:rsidRPr="00254903">
        <w:rPr>
          <w:rFonts w:ascii="Arial" w:eastAsia="Arial" w:hAnsi="Arial"/>
          <w:sz w:val="28"/>
        </w:rPr>
        <w:t>فهوم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العدد</w:t>
      </w:r>
      <w:proofErr w:type="spellEnd"/>
      <w:r w:rsidRPr="00254903">
        <w:rPr>
          <w:rFonts w:ascii="Arial" w:eastAsia="Arial" w:hAnsi="Arial"/>
          <w:sz w:val="28"/>
        </w:rPr>
        <w:t xml:space="preserve">: </w:t>
      </w:r>
      <w:proofErr w:type="spellStart"/>
      <w:r w:rsidRPr="00254903">
        <w:rPr>
          <w:rFonts w:ascii="Arial" w:eastAsia="Arial" w:hAnsi="Arial"/>
          <w:sz w:val="28"/>
        </w:rPr>
        <w:t>توظيف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الحزم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والعيدان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عجلة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الأعداد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بطاقات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التفكيك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ولعبة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النقود</w:t>
      </w:r>
      <w:proofErr w:type="spellEnd"/>
      <w:r w:rsidR="00254903" w:rsidRPr="00254903">
        <w:rPr>
          <w:rFonts w:ascii="Arial" w:eastAsia="Arial" w:hAnsi="Arial" w:hint="cs"/>
          <w:sz w:val="28"/>
          <w:rtl/>
        </w:rPr>
        <w:t>.</w:t>
      </w:r>
    </w:p>
    <w:p w14:paraId="061DFE69" w14:textId="068E7228" w:rsidR="00FA42B9" w:rsidRDefault="00000000" w:rsidP="00254903">
      <w:pPr>
        <w:pStyle w:val="Paragraphedeliste"/>
        <w:numPr>
          <w:ilvl w:val="0"/>
          <w:numId w:val="12"/>
        </w:numPr>
        <w:bidi/>
        <w:spacing w:after="60" w:line="264" w:lineRule="auto"/>
      </w:pPr>
      <w:proofErr w:type="spellStart"/>
      <w:r w:rsidRPr="00254903">
        <w:rPr>
          <w:rFonts w:ascii="Arial" w:eastAsia="Arial" w:hAnsi="Arial" w:cs="Times New Roman"/>
          <w:sz w:val="28"/>
        </w:rPr>
        <w:t>ا</w:t>
      </w:r>
      <w:r w:rsidRPr="00254903">
        <w:rPr>
          <w:rFonts w:ascii="Arial" w:eastAsia="Arial" w:hAnsi="Arial"/>
          <w:sz w:val="28"/>
        </w:rPr>
        <w:t>لعمليات</w:t>
      </w:r>
      <w:proofErr w:type="spellEnd"/>
      <w:r w:rsidRPr="00254903">
        <w:rPr>
          <w:rFonts w:ascii="Arial" w:eastAsia="Arial" w:hAnsi="Arial"/>
          <w:sz w:val="28"/>
        </w:rPr>
        <w:t xml:space="preserve">: </w:t>
      </w:r>
      <w:proofErr w:type="spellStart"/>
      <w:r w:rsidRPr="00254903">
        <w:rPr>
          <w:rFonts w:ascii="Arial" w:eastAsia="Arial" w:hAnsi="Arial"/>
          <w:sz w:val="28"/>
        </w:rPr>
        <w:t>إنجاز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الجمع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والطرح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باستعمال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المناولات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والضرب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باستعمال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العيدان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وتقنية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المربع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والقسمة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باستعمال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العيدان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أو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النقود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أو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جدول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الضرب</w:t>
      </w:r>
      <w:proofErr w:type="spellEnd"/>
      <w:r w:rsidR="00254903" w:rsidRPr="00254903">
        <w:rPr>
          <w:rFonts w:ascii="Arial" w:eastAsia="Arial" w:hAnsi="Arial" w:hint="cs"/>
          <w:sz w:val="28"/>
          <w:rtl/>
        </w:rPr>
        <w:t>.</w:t>
      </w:r>
    </w:p>
    <w:p w14:paraId="47B5B578" w14:textId="629B0D73" w:rsidR="00FA42B9" w:rsidRDefault="00000000" w:rsidP="00254903">
      <w:pPr>
        <w:pStyle w:val="Paragraphedeliste"/>
        <w:numPr>
          <w:ilvl w:val="0"/>
          <w:numId w:val="12"/>
        </w:numPr>
        <w:bidi/>
        <w:spacing w:after="60" w:line="264" w:lineRule="auto"/>
      </w:pPr>
      <w:proofErr w:type="spellStart"/>
      <w:r w:rsidRPr="00254903">
        <w:rPr>
          <w:rFonts w:ascii="Arial" w:eastAsia="Arial" w:hAnsi="Arial" w:cs="Times New Roman"/>
          <w:sz w:val="28"/>
        </w:rPr>
        <w:t>ح</w:t>
      </w:r>
      <w:r w:rsidRPr="00254903">
        <w:rPr>
          <w:rFonts w:ascii="Arial" w:eastAsia="Arial" w:hAnsi="Arial"/>
          <w:sz w:val="28"/>
        </w:rPr>
        <w:t>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الوضعيات</w:t>
      </w:r>
      <w:proofErr w:type="spellEnd"/>
      <w:r w:rsidRPr="00254903">
        <w:rPr>
          <w:rFonts w:ascii="Arial" w:eastAsia="Arial" w:hAnsi="Arial"/>
          <w:sz w:val="28"/>
        </w:rPr>
        <w:t xml:space="preserve">: </w:t>
      </w:r>
      <w:proofErr w:type="spellStart"/>
      <w:r w:rsidRPr="00254903">
        <w:rPr>
          <w:rFonts w:ascii="Arial" w:eastAsia="Arial" w:hAnsi="Arial"/>
          <w:sz w:val="28"/>
        </w:rPr>
        <w:t>اعتماد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استراتيجية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الأسئلة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الأربعة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مع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توظيف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الألعاب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والأنشطة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التطبيقية</w:t>
      </w:r>
      <w:proofErr w:type="spellEnd"/>
      <w:r w:rsidR="00254903" w:rsidRPr="00254903">
        <w:rPr>
          <w:rFonts w:ascii="Arial" w:eastAsia="Arial" w:hAnsi="Arial" w:hint="cs"/>
          <w:sz w:val="28"/>
          <w:rtl/>
        </w:rPr>
        <w:t>.</w:t>
      </w:r>
    </w:p>
    <w:p w14:paraId="20FFA6B2" w14:textId="01C7F085" w:rsidR="00FA42B9" w:rsidRDefault="00000000" w:rsidP="00254903">
      <w:pPr>
        <w:pStyle w:val="Paragraphedeliste"/>
        <w:numPr>
          <w:ilvl w:val="0"/>
          <w:numId w:val="12"/>
        </w:numPr>
        <w:bidi/>
        <w:spacing w:after="60" w:line="264" w:lineRule="auto"/>
      </w:pPr>
      <w:proofErr w:type="spellStart"/>
      <w:r w:rsidRPr="00254903">
        <w:rPr>
          <w:rFonts w:ascii="Arial" w:eastAsia="Arial" w:hAnsi="Arial" w:cs="Times New Roman"/>
          <w:sz w:val="28"/>
        </w:rPr>
        <w:t>ت</w:t>
      </w:r>
      <w:r w:rsidRPr="00254903">
        <w:rPr>
          <w:rFonts w:ascii="Arial" w:eastAsia="Arial" w:hAnsi="Arial"/>
          <w:sz w:val="28"/>
        </w:rPr>
        <w:t>ُبنى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حصة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الدعم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وفق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تسلسل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منظم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يشمل</w:t>
      </w:r>
      <w:proofErr w:type="spellEnd"/>
      <w:r w:rsidRPr="00254903">
        <w:rPr>
          <w:rFonts w:ascii="Arial" w:eastAsia="Arial" w:hAnsi="Arial"/>
          <w:sz w:val="28"/>
        </w:rPr>
        <w:t xml:space="preserve">: </w:t>
      </w:r>
      <w:proofErr w:type="spellStart"/>
      <w:r w:rsidRPr="00254903">
        <w:rPr>
          <w:rFonts w:ascii="Arial" w:eastAsia="Arial" w:hAnsi="Arial"/>
          <w:sz w:val="28"/>
        </w:rPr>
        <w:t>الانطلاقة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الأنشطة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الروتينية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النشاط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الأساس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اللعبة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التربوية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التقويم</w:t>
      </w:r>
      <w:proofErr w:type="spellEnd"/>
      <w:r w:rsidRPr="00254903">
        <w:rPr>
          <w:rFonts w:ascii="Arial" w:eastAsia="Arial" w:hAnsi="Arial"/>
          <w:sz w:val="28"/>
        </w:rPr>
        <w:t>/</w:t>
      </w:r>
      <w:proofErr w:type="spellStart"/>
      <w:r w:rsidRPr="00254903">
        <w:rPr>
          <w:rFonts w:ascii="Arial" w:eastAsia="Arial" w:hAnsi="Arial"/>
          <w:sz w:val="28"/>
        </w:rPr>
        <w:t>التأمل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والواجب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المنزلي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ثم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الاختتام</w:t>
      </w:r>
      <w:proofErr w:type="spellEnd"/>
      <w:r w:rsidR="00254903" w:rsidRPr="00254903">
        <w:rPr>
          <w:rFonts w:ascii="Arial" w:eastAsia="Arial" w:hAnsi="Arial" w:hint="cs"/>
          <w:sz w:val="28"/>
          <w:rtl/>
        </w:rPr>
        <w:t>.</w:t>
      </w:r>
    </w:p>
    <w:p w14:paraId="0AAAB5F0" w14:textId="34752F22" w:rsidR="00FA42B9" w:rsidRPr="00EE092A" w:rsidRDefault="00000000" w:rsidP="00B37581">
      <w:pPr>
        <w:pBdr>
          <w:bottom w:val="single" w:sz="8" w:space="2" w:color="2E7D32"/>
        </w:pBdr>
        <w:shd w:val="clear" w:color="auto" w:fill="92CDDC" w:themeFill="accent5" w:themeFillTint="99"/>
        <w:bidi/>
        <w:spacing w:before="120" w:after="80"/>
        <w:rPr>
          <w:color w:val="7030A0"/>
          <w:sz w:val="20"/>
          <w:szCs w:val="20"/>
        </w:rPr>
      </w:pPr>
      <w:proofErr w:type="spellStart"/>
      <w:r w:rsidRPr="00EE092A">
        <w:rPr>
          <w:rFonts w:ascii="Arial" w:eastAsia="Arial" w:hAnsi="Arial"/>
          <w:b/>
          <w:color w:val="7030A0"/>
          <w:sz w:val="32"/>
          <w:szCs w:val="20"/>
        </w:rPr>
        <w:t>اللغة</w:t>
      </w:r>
      <w:proofErr w:type="spellEnd"/>
      <w:r w:rsidRPr="00EE092A">
        <w:rPr>
          <w:rFonts w:ascii="Arial" w:eastAsia="Arial" w:hAnsi="Arial"/>
          <w:b/>
          <w:color w:val="7030A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7030A0"/>
          <w:sz w:val="32"/>
          <w:szCs w:val="20"/>
        </w:rPr>
        <w:t>العربية</w:t>
      </w:r>
      <w:proofErr w:type="spellEnd"/>
      <w:r w:rsidRPr="00EE092A">
        <w:rPr>
          <w:rFonts w:ascii="Arial" w:eastAsia="Arial" w:hAnsi="Arial"/>
          <w:b/>
          <w:color w:val="7030A0"/>
          <w:sz w:val="32"/>
          <w:szCs w:val="20"/>
        </w:rPr>
        <w:t xml:space="preserve"> – </w:t>
      </w:r>
      <w:proofErr w:type="spellStart"/>
      <w:r w:rsidRPr="00EE092A">
        <w:rPr>
          <w:rFonts w:ascii="Arial" w:eastAsia="Arial" w:hAnsi="Arial"/>
          <w:b/>
          <w:color w:val="7030A0"/>
          <w:sz w:val="32"/>
          <w:szCs w:val="20"/>
        </w:rPr>
        <w:t>من</w:t>
      </w:r>
      <w:proofErr w:type="spellEnd"/>
      <w:r w:rsidRPr="00EE092A">
        <w:rPr>
          <w:rFonts w:ascii="Arial" w:eastAsia="Arial" w:hAnsi="Arial"/>
          <w:b/>
          <w:color w:val="7030A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7030A0"/>
          <w:sz w:val="32"/>
          <w:szCs w:val="20"/>
        </w:rPr>
        <w:t>الموضعة</w:t>
      </w:r>
      <w:proofErr w:type="spellEnd"/>
      <w:r w:rsidRPr="00EE092A">
        <w:rPr>
          <w:rFonts w:ascii="Arial" w:eastAsia="Arial" w:hAnsi="Arial"/>
          <w:b/>
          <w:color w:val="7030A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7030A0"/>
          <w:sz w:val="32"/>
          <w:szCs w:val="20"/>
        </w:rPr>
        <w:t>إلى</w:t>
      </w:r>
      <w:proofErr w:type="spellEnd"/>
      <w:r w:rsidRPr="00EE092A">
        <w:rPr>
          <w:rFonts w:ascii="Arial" w:eastAsia="Arial" w:hAnsi="Arial"/>
          <w:b/>
          <w:color w:val="7030A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7030A0"/>
          <w:sz w:val="32"/>
          <w:szCs w:val="20"/>
        </w:rPr>
        <w:t>المسارات</w:t>
      </w:r>
      <w:proofErr w:type="spellEnd"/>
    </w:p>
    <w:p w14:paraId="52125F4D" w14:textId="100CF3C0" w:rsidR="00FA42B9" w:rsidRDefault="00000000" w:rsidP="00254903">
      <w:pPr>
        <w:pStyle w:val="Paragraphedeliste"/>
        <w:numPr>
          <w:ilvl w:val="0"/>
          <w:numId w:val="11"/>
        </w:numPr>
        <w:bidi/>
        <w:spacing w:after="60" w:line="264" w:lineRule="auto"/>
      </w:pPr>
      <w:proofErr w:type="spellStart"/>
      <w:r w:rsidRPr="00254903">
        <w:rPr>
          <w:rFonts w:ascii="Arial" w:eastAsia="Arial" w:hAnsi="Arial" w:cs="Times New Roman"/>
          <w:sz w:val="28"/>
        </w:rPr>
        <w:t>تم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تذكير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الأساتذة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بمستويات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الموضعة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في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اللغة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العربية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وربطها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بالمسارات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واللبنات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المخصصة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للدعم</w:t>
      </w:r>
      <w:proofErr w:type="spellEnd"/>
    </w:p>
    <w:p w14:paraId="25DEDFC5" w14:textId="6E78473C" w:rsidR="00FA42B9" w:rsidRDefault="00000000" w:rsidP="00254903">
      <w:pPr>
        <w:pStyle w:val="Paragraphedeliste"/>
        <w:numPr>
          <w:ilvl w:val="0"/>
          <w:numId w:val="11"/>
        </w:numPr>
        <w:bidi/>
        <w:spacing w:after="60" w:line="264" w:lineRule="auto"/>
      </w:pPr>
      <w:proofErr w:type="spellStart"/>
      <w:r w:rsidRPr="00254903">
        <w:rPr>
          <w:rFonts w:ascii="Arial" w:eastAsia="Arial" w:hAnsi="Arial" w:cs="Times New Roman"/>
          <w:sz w:val="28"/>
        </w:rPr>
        <w:t>ت</w:t>
      </w:r>
      <w:r w:rsidRPr="00254903">
        <w:rPr>
          <w:rFonts w:ascii="Arial" w:eastAsia="Arial" w:hAnsi="Arial"/>
          <w:sz w:val="28"/>
        </w:rPr>
        <w:t>شمل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اللبنات</w:t>
      </w:r>
      <w:proofErr w:type="spellEnd"/>
      <w:r w:rsidRPr="00254903">
        <w:rPr>
          <w:rFonts w:ascii="Arial" w:eastAsia="Arial" w:hAnsi="Arial"/>
          <w:sz w:val="28"/>
        </w:rPr>
        <w:t xml:space="preserve">: </w:t>
      </w:r>
      <w:proofErr w:type="spellStart"/>
      <w:r w:rsidRPr="00254903">
        <w:rPr>
          <w:rFonts w:ascii="Arial" w:eastAsia="Arial" w:hAnsi="Arial"/>
          <w:sz w:val="28"/>
        </w:rPr>
        <w:t>حرف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كلمة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فقرة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أقصوصة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تحدي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مع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اختلاف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تركيبة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المسارات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بحسب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المستوى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الدراسي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ونقطة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الانطلاق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التي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تحددها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نتائج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الموضعة</w:t>
      </w:r>
      <w:proofErr w:type="spellEnd"/>
      <w:r w:rsidR="00254903" w:rsidRPr="00254903">
        <w:rPr>
          <w:rFonts w:ascii="Arial" w:eastAsia="Arial" w:hAnsi="Arial" w:hint="cs"/>
          <w:sz w:val="28"/>
          <w:rtl/>
        </w:rPr>
        <w:t>.</w:t>
      </w:r>
    </w:p>
    <w:p w14:paraId="723B5763" w14:textId="4D17405C" w:rsidR="00FA42B9" w:rsidRDefault="00000000" w:rsidP="00254903">
      <w:pPr>
        <w:pStyle w:val="Paragraphedeliste"/>
        <w:numPr>
          <w:ilvl w:val="0"/>
          <w:numId w:val="11"/>
        </w:numPr>
        <w:bidi/>
        <w:spacing w:after="60" w:line="264" w:lineRule="auto"/>
      </w:pPr>
      <w:proofErr w:type="spellStart"/>
      <w:r w:rsidRPr="00254903">
        <w:rPr>
          <w:rFonts w:ascii="Arial" w:eastAsia="Arial" w:hAnsi="Arial" w:cs="Times New Roman"/>
          <w:sz w:val="28"/>
        </w:rPr>
        <w:t>ت</w:t>
      </w:r>
      <w:r w:rsidRPr="00254903">
        <w:rPr>
          <w:rFonts w:ascii="Arial" w:eastAsia="Arial" w:hAnsi="Arial"/>
          <w:sz w:val="28"/>
        </w:rPr>
        <w:t>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التأكيد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على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ضرورة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الانتقال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من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نتائج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الرائز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إلى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اختيار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المسار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المناسب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ثم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إلى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الأنشطة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التي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تستهدف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الصعوبات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الفعلية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للمتعلمين</w:t>
      </w:r>
      <w:proofErr w:type="spellEnd"/>
      <w:r w:rsidR="00254903" w:rsidRPr="00254903">
        <w:rPr>
          <w:rFonts w:ascii="Arial" w:eastAsia="Arial" w:hAnsi="Arial" w:hint="cs"/>
          <w:sz w:val="28"/>
          <w:rtl/>
        </w:rPr>
        <w:t>.</w:t>
      </w:r>
    </w:p>
    <w:p w14:paraId="69947476" w14:textId="45E8320B" w:rsidR="00FA42B9" w:rsidRPr="00EE092A" w:rsidRDefault="00000000" w:rsidP="00B37581">
      <w:pPr>
        <w:pBdr>
          <w:bottom w:val="single" w:sz="8" w:space="2" w:color="2E7D32"/>
        </w:pBdr>
        <w:shd w:val="clear" w:color="auto" w:fill="C2D69B" w:themeFill="accent3" w:themeFillTint="99"/>
        <w:bidi/>
        <w:spacing w:before="120" w:after="80"/>
        <w:rPr>
          <w:color w:val="00B050"/>
          <w:sz w:val="20"/>
          <w:szCs w:val="20"/>
        </w:rPr>
      </w:pPr>
      <w:proofErr w:type="spellStart"/>
      <w:r w:rsidRPr="00EE092A">
        <w:rPr>
          <w:rFonts w:ascii="Arial" w:eastAsia="Arial" w:hAnsi="Arial"/>
          <w:b/>
          <w:color w:val="00B050"/>
          <w:sz w:val="32"/>
          <w:szCs w:val="20"/>
        </w:rPr>
        <w:t>خلاصة</w:t>
      </w:r>
      <w:proofErr w:type="spellEnd"/>
      <w:r w:rsidRPr="00EE092A">
        <w:rPr>
          <w:rFonts w:ascii="Arial" w:eastAsia="Arial" w:hAnsi="Arial"/>
          <w:b/>
          <w:color w:val="00B05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B050"/>
          <w:sz w:val="32"/>
          <w:szCs w:val="20"/>
        </w:rPr>
        <w:t>اليوم</w:t>
      </w:r>
      <w:proofErr w:type="spellEnd"/>
      <w:r w:rsidRPr="00EE092A">
        <w:rPr>
          <w:rFonts w:ascii="Arial" w:eastAsia="Arial" w:hAnsi="Arial"/>
          <w:b/>
          <w:color w:val="00B050"/>
          <w:sz w:val="32"/>
          <w:szCs w:val="20"/>
        </w:rPr>
        <w:t xml:space="preserve"> </w:t>
      </w:r>
      <w:proofErr w:type="spellStart"/>
      <w:r w:rsidRPr="00EE092A">
        <w:rPr>
          <w:rFonts w:ascii="Arial" w:eastAsia="Arial" w:hAnsi="Arial"/>
          <w:b/>
          <w:color w:val="00B050"/>
          <w:sz w:val="32"/>
          <w:szCs w:val="20"/>
        </w:rPr>
        <w:t>الثاني</w:t>
      </w:r>
      <w:proofErr w:type="spellEnd"/>
    </w:p>
    <w:p w14:paraId="7F44CAAD" w14:textId="7EA23A59" w:rsidR="00FA42B9" w:rsidRDefault="00000000" w:rsidP="00254903">
      <w:pPr>
        <w:pStyle w:val="Paragraphedeliste"/>
        <w:numPr>
          <w:ilvl w:val="0"/>
          <w:numId w:val="10"/>
        </w:numPr>
        <w:bidi/>
        <w:spacing w:after="60" w:line="264" w:lineRule="auto"/>
      </w:pPr>
      <w:proofErr w:type="spellStart"/>
      <w:r w:rsidRPr="00254903">
        <w:rPr>
          <w:rFonts w:ascii="Arial" w:eastAsia="Arial" w:hAnsi="Arial" w:cs="Times New Roman"/>
          <w:sz w:val="28"/>
        </w:rPr>
        <w:t>أبرز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التقاسم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أهمية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استثمار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نتائج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الموضعة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في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تشكيل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مجموعات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الدعم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واختيار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المسار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المناسب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لكل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مجموعة</w:t>
      </w:r>
      <w:proofErr w:type="spellEnd"/>
    </w:p>
    <w:p w14:paraId="0D2039B3" w14:textId="34695DCF" w:rsidR="00FA42B9" w:rsidRDefault="00000000" w:rsidP="00254903">
      <w:pPr>
        <w:pStyle w:val="Paragraphedeliste"/>
        <w:numPr>
          <w:ilvl w:val="0"/>
          <w:numId w:val="10"/>
        </w:numPr>
        <w:bidi/>
        <w:spacing w:after="60" w:line="264" w:lineRule="auto"/>
      </w:pPr>
      <w:proofErr w:type="spellStart"/>
      <w:r w:rsidRPr="00254903">
        <w:rPr>
          <w:rFonts w:ascii="Arial" w:eastAsia="Arial" w:hAnsi="Arial" w:cs="Times New Roman"/>
          <w:sz w:val="28"/>
        </w:rPr>
        <w:t>ت</w:t>
      </w:r>
      <w:r w:rsidRPr="00254903">
        <w:rPr>
          <w:rFonts w:ascii="Arial" w:eastAsia="Arial" w:hAnsi="Arial"/>
          <w:sz w:val="28"/>
        </w:rPr>
        <w:t>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التأكيد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على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أن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كل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لبنة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تمثل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وحدة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تعلمية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تستهدف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تعلمات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ومهارات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محددة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وأن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حسن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تدبيرها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يقتضي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احترام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المدة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الزمنية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وشروط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التصديق</w:t>
      </w:r>
      <w:proofErr w:type="spellEnd"/>
      <w:r w:rsidR="00254903" w:rsidRPr="00254903">
        <w:rPr>
          <w:rFonts w:ascii="Arial" w:eastAsia="Arial" w:hAnsi="Arial" w:hint="cs"/>
          <w:sz w:val="28"/>
          <w:rtl/>
        </w:rPr>
        <w:t>.</w:t>
      </w:r>
    </w:p>
    <w:p w14:paraId="28523C67" w14:textId="650EDA12" w:rsidR="00FA42B9" w:rsidRDefault="00000000" w:rsidP="00254903">
      <w:pPr>
        <w:pStyle w:val="Paragraphedeliste"/>
        <w:numPr>
          <w:ilvl w:val="0"/>
          <w:numId w:val="10"/>
        </w:numPr>
        <w:bidi/>
        <w:spacing w:after="60" w:line="264" w:lineRule="auto"/>
      </w:pPr>
      <w:proofErr w:type="spellStart"/>
      <w:r w:rsidRPr="00254903">
        <w:rPr>
          <w:rFonts w:ascii="Arial" w:eastAsia="Arial" w:hAnsi="Arial" w:cs="Times New Roman"/>
          <w:sz w:val="28"/>
        </w:rPr>
        <w:t>ت</w:t>
      </w:r>
      <w:r w:rsidRPr="00254903">
        <w:rPr>
          <w:rFonts w:ascii="Arial" w:eastAsia="Arial" w:hAnsi="Arial"/>
          <w:sz w:val="28"/>
        </w:rPr>
        <w:t>م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توضيح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كيفية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توظيف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نتائج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التصديق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في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اتخاذ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قرارات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الانتقال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وتحديد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أنشطة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الاستدراك</w:t>
      </w:r>
      <w:proofErr w:type="spellEnd"/>
      <w:r w:rsidRPr="00254903">
        <w:rPr>
          <w:rFonts w:ascii="Arial" w:eastAsia="Arial" w:hAnsi="Arial"/>
          <w:sz w:val="28"/>
        </w:rPr>
        <w:t xml:space="preserve">، </w:t>
      </w:r>
      <w:proofErr w:type="spellStart"/>
      <w:r w:rsidRPr="00254903">
        <w:rPr>
          <w:rFonts w:ascii="Arial" w:eastAsia="Arial" w:hAnsi="Arial"/>
          <w:sz w:val="28"/>
        </w:rPr>
        <w:t>وتتبع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تطور</w:t>
      </w:r>
      <w:proofErr w:type="spellEnd"/>
      <w:r w:rsidRPr="00254903">
        <w:rPr>
          <w:rFonts w:ascii="Arial" w:eastAsia="Arial" w:hAnsi="Arial"/>
          <w:sz w:val="28"/>
        </w:rPr>
        <w:t xml:space="preserve"> </w:t>
      </w:r>
      <w:proofErr w:type="spellStart"/>
      <w:r w:rsidRPr="00254903">
        <w:rPr>
          <w:rFonts w:ascii="Arial" w:eastAsia="Arial" w:hAnsi="Arial"/>
          <w:sz w:val="28"/>
        </w:rPr>
        <w:t>التعلمات</w:t>
      </w:r>
      <w:proofErr w:type="spellEnd"/>
      <w:r w:rsidR="00254903" w:rsidRPr="00254903">
        <w:rPr>
          <w:rFonts w:ascii="Arial" w:eastAsia="Arial" w:hAnsi="Arial" w:hint="cs"/>
          <w:sz w:val="28"/>
          <w:rtl/>
        </w:rPr>
        <w:t>.</w:t>
      </w:r>
    </w:p>
    <w:p w14:paraId="75E413FB" w14:textId="34687E4E" w:rsidR="00FA42B9" w:rsidRDefault="00000000" w:rsidP="0079382B">
      <w:pPr>
        <w:bidi/>
        <w:spacing w:after="60" w:line="264" w:lineRule="auto"/>
        <w:ind w:left="283" w:hanging="283"/>
        <w:rPr>
          <w:rFonts w:ascii="Arial" w:eastAsia="Arial" w:hAnsi="Arial"/>
          <w:sz w:val="28"/>
        </w:rPr>
      </w:pPr>
      <w:proofErr w:type="spellStart"/>
      <w:r>
        <w:rPr>
          <w:rFonts w:ascii="Arial" w:eastAsia="Arial" w:hAnsi="Arial"/>
          <w:sz w:val="28"/>
        </w:rPr>
        <w:t>اختُتم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اليوم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الثاني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بالتمهيد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لليوم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الثالث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الذي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سيخصص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لاستكمال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التصديق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في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اللغة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العربية</w:t>
      </w:r>
      <w:proofErr w:type="spellEnd"/>
      <w:r>
        <w:rPr>
          <w:rFonts w:ascii="Arial" w:eastAsia="Arial" w:hAnsi="Arial"/>
          <w:sz w:val="28"/>
        </w:rPr>
        <w:t xml:space="preserve">، </w:t>
      </w:r>
      <w:proofErr w:type="spellStart"/>
      <w:r>
        <w:rPr>
          <w:rFonts w:ascii="Arial" w:eastAsia="Arial" w:hAnsi="Arial"/>
          <w:sz w:val="28"/>
        </w:rPr>
        <w:t>ثم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الانتقال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إلى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اللغة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الفرنسية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ومساراتها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ولبناتها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وأنشطة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الدعم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الخاصة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بها</w:t>
      </w:r>
      <w:proofErr w:type="spellEnd"/>
      <w:r w:rsidR="00254903">
        <w:rPr>
          <w:rFonts w:ascii="Arial" w:eastAsia="Arial" w:hAnsi="Arial" w:hint="cs"/>
          <w:sz w:val="28"/>
          <w:rtl/>
        </w:rPr>
        <w:t>.</w:t>
      </w:r>
    </w:p>
    <w:p w14:paraId="2BF86DC3" w14:textId="77777777" w:rsidR="0079382B" w:rsidRDefault="0079382B" w:rsidP="0079382B">
      <w:pPr>
        <w:bidi/>
        <w:rPr>
          <w:rtl/>
        </w:rPr>
      </w:pPr>
    </w:p>
    <w:p w14:paraId="52333518" w14:textId="43D496D3" w:rsidR="0079382B" w:rsidRPr="00254903" w:rsidRDefault="0079382B" w:rsidP="00254903">
      <w:pPr>
        <w:pStyle w:val="Pieddepage"/>
        <w:bidi/>
        <w:jc w:val="right"/>
        <w:rPr>
          <w:color w:val="00B050"/>
          <w:sz w:val="24"/>
          <w:szCs w:val="24"/>
        </w:rPr>
      </w:pPr>
      <w:proofErr w:type="spellStart"/>
      <w:r w:rsidRPr="0079382B">
        <w:rPr>
          <w:rFonts w:ascii="Arial" w:eastAsia="Arial" w:hAnsi="Arial"/>
          <w:b/>
          <w:color w:val="00B050"/>
          <w:sz w:val="24"/>
          <w:szCs w:val="24"/>
        </w:rPr>
        <w:t>المقرر</w:t>
      </w:r>
      <w:proofErr w:type="spellEnd"/>
      <w:r w:rsidRPr="0079382B">
        <w:rPr>
          <w:rFonts w:ascii="Arial" w:eastAsia="Arial" w:hAnsi="Arial"/>
          <w:b/>
          <w:color w:val="00B050"/>
          <w:sz w:val="24"/>
          <w:szCs w:val="24"/>
        </w:rPr>
        <w:t xml:space="preserve">: </w:t>
      </w:r>
      <w:proofErr w:type="spellStart"/>
      <w:r w:rsidRPr="0079382B">
        <w:rPr>
          <w:rFonts w:ascii="Arial" w:eastAsia="Arial" w:hAnsi="Arial"/>
          <w:b/>
          <w:color w:val="00B050"/>
          <w:sz w:val="24"/>
          <w:szCs w:val="24"/>
        </w:rPr>
        <w:t>منسق</w:t>
      </w:r>
      <w:proofErr w:type="spellEnd"/>
      <w:r w:rsidRPr="0079382B">
        <w:rPr>
          <w:rFonts w:ascii="Arial" w:eastAsia="Arial" w:hAnsi="Arial"/>
          <w:b/>
          <w:color w:val="00B050"/>
          <w:sz w:val="24"/>
          <w:szCs w:val="24"/>
        </w:rPr>
        <w:t xml:space="preserve"> </w:t>
      </w:r>
      <w:proofErr w:type="spellStart"/>
      <w:r w:rsidRPr="0079382B">
        <w:rPr>
          <w:rFonts w:ascii="Arial" w:eastAsia="Arial" w:hAnsi="Arial"/>
          <w:b/>
          <w:color w:val="00B050"/>
          <w:sz w:val="24"/>
          <w:szCs w:val="24"/>
        </w:rPr>
        <w:t>مرحلة</w:t>
      </w:r>
      <w:proofErr w:type="spellEnd"/>
      <w:r w:rsidRPr="0079382B">
        <w:rPr>
          <w:rFonts w:ascii="Arial" w:eastAsia="Arial" w:hAnsi="Arial"/>
          <w:b/>
          <w:color w:val="00B050"/>
          <w:sz w:val="24"/>
          <w:szCs w:val="24"/>
        </w:rPr>
        <w:t xml:space="preserve"> </w:t>
      </w:r>
      <w:proofErr w:type="spellStart"/>
      <w:r w:rsidRPr="0079382B">
        <w:rPr>
          <w:rFonts w:ascii="Arial" w:eastAsia="Arial" w:hAnsi="Arial"/>
          <w:b/>
          <w:color w:val="00B050"/>
          <w:sz w:val="24"/>
          <w:szCs w:val="24"/>
        </w:rPr>
        <w:t>الدعم</w:t>
      </w:r>
      <w:proofErr w:type="spellEnd"/>
      <w:r w:rsidRPr="0079382B">
        <w:rPr>
          <w:rFonts w:ascii="Arial" w:eastAsia="Arial" w:hAnsi="Arial"/>
          <w:b/>
          <w:color w:val="00B050"/>
          <w:sz w:val="24"/>
          <w:szCs w:val="24"/>
        </w:rPr>
        <w:t xml:space="preserve"> </w:t>
      </w:r>
      <w:proofErr w:type="spellStart"/>
      <w:r w:rsidRPr="0079382B">
        <w:rPr>
          <w:rFonts w:ascii="Arial" w:eastAsia="Arial" w:hAnsi="Arial"/>
          <w:b/>
          <w:color w:val="00B050"/>
          <w:sz w:val="24"/>
          <w:szCs w:val="24"/>
        </w:rPr>
        <w:t>المكثف</w:t>
      </w:r>
      <w:proofErr w:type="spellEnd"/>
    </w:p>
    <w:sectPr w:rsidR="0079382B" w:rsidRPr="00254903" w:rsidSect="00836143">
      <w:headerReference w:type="default" r:id="rId9"/>
      <w:footerReference w:type="default" r:id="rId10"/>
      <w:pgSz w:w="11906" w:h="16838"/>
      <w:pgMar w:top="794" w:right="1020" w:bottom="794" w:left="1020" w:header="283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1BCB9" w14:textId="77777777" w:rsidR="00506AFD" w:rsidRDefault="00506AFD">
      <w:pPr>
        <w:spacing w:after="0" w:line="240" w:lineRule="auto"/>
      </w:pPr>
      <w:r>
        <w:separator/>
      </w:r>
    </w:p>
  </w:endnote>
  <w:endnote w:type="continuationSeparator" w:id="0">
    <w:p w14:paraId="04B02F01" w14:textId="77777777" w:rsidR="00506AFD" w:rsidRDefault="0050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1A59B" w14:textId="79CEFC60" w:rsidR="00FA42B9" w:rsidRDefault="00FA42B9">
    <w:pPr>
      <w:pStyle w:val="Pieddepage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AF4DC" w14:textId="77777777" w:rsidR="00506AFD" w:rsidRDefault="00506AFD">
      <w:pPr>
        <w:spacing w:after="0" w:line="240" w:lineRule="auto"/>
      </w:pPr>
      <w:r>
        <w:separator/>
      </w:r>
    </w:p>
  </w:footnote>
  <w:footnote w:type="continuationSeparator" w:id="0">
    <w:p w14:paraId="1CE8A247" w14:textId="77777777" w:rsidR="00506AFD" w:rsidRDefault="0050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43E4" w14:textId="237841D7" w:rsidR="0079382B" w:rsidRDefault="0079382B" w:rsidP="0079382B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8F59A3"/>
    <w:multiLevelType w:val="hybridMultilevel"/>
    <w:tmpl w:val="42B0A574"/>
    <w:lvl w:ilvl="0" w:tplc="CC6E2C72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86F20"/>
    <w:multiLevelType w:val="hybridMultilevel"/>
    <w:tmpl w:val="EFC612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C4A42"/>
    <w:multiLevelType w:val="hybridMultilevel"/>
    <w:tmpl w:val="894479E2"/>
    <w:lvl w:ilvl="0" w:tplc="CC6E2C72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D1E77"/>
    <w:multiLevelType w:val="hybridMultilevel"/>
    <w:tmpl w:val="D9AAF48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4C311E"/>
    <w:multiLevelType w:val="hybridMultilevel"/>
    <w:tmpl w:val="8BB884C4"/>
    <w:lvl w:ilvl="0" w:tplc="74988472">
      <w:start w:val="1"/>
      <w:numFmt w:val="bullet"/>
      <w:lvlText w:val="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356726">
    <w:abstractNumId w:val="8"/>
  </w:num>
  <w:num w:numId="2" w16cid:durableId="2009559130">
    <w:abstractNumId w:val="6"/>
  </w:num>
  <w:num w:numId="3" w16cid:durableId="1677996461">
    <w:abstractNumId w:val="5"/>
  </w:num>
  <w:num w:numId="4" w16cid:durableId="1814371297">
    <w:abstractNumId w:val="4"/>
  </w:num>
  <w:num w:numId="5" w16cid:durableId="1504512717">
    <w:abstractNumId w:val="7"/>
  </w:num>
  <w:num w:numId="6" w16cid:durableId="373887659">
    <w:abstractNumId w:val="3"/>
  </w:num>
  <w:num w:numId="7" w16cid:durableId="1622569731">
    <w:abstractNumId w:val="2"/>
  </w:num>
  <w:num w:numId="8" w16cid:durableId="1391147185">
    <w:abstractNumId w:val="1"/>
  </w:num>
  <w:num w:numId="9" w16cid:durableId="695351875">
    <w:abstractNumId w:val="0"/>
  </w:num>
  <w:num w:numId="10" w16cid:durableId="829905597">
    <w:abstractNumId w:val="10"/>
  </w:num>
  <w:num w:numId="11" w16cid:durableId="549659291">
    <w:abstractNumId w:val="12"/>
  </w:num>
  <w:num w:numId="12" w16cid:durableId="1056515941">
    <w:abstractNumId w:val="13"/>
  </w:num>
  <w:num w:numId="13" w16cid:durableId="1161040661">
    <w:abstractNumId w:val="11"/>
  </w:num>
  <w:num w:numId="14" w16cid:durableId="4733777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4903"/>
    <w:rsid w:val="0029639D"/>
    <w:rsid w:val="00326F90"/>
    <w:rsid w:val="00506AFD"/>
    <w:rsid w:val="005506D7"/>
    <w:rsid w:val="005A4085"/>
    <w:rsid w:val="0079382B"/>
    <w:rsid w:val="00836143"/>
    <w:rsid w:val="009B1E5C"/>
    <w:rsid w:val="00A5303E"/>
    <w:rsid w:val="00AA1D8D"/>
    <w:rsid w:val="00B37581"/>
    <w:rsid w:val="00B47730"/>
    <w:rsid w:val="00CB0664"/>
    <w:rsid w:val="00EE092A"/>
    <w:rsid w:val="00F86F55"/>
    <w:rsid w:val="00FA42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CB4E68"/>
  <w14:defaultImageDpi w14:val="300"/>
  <w15:docId w15:val="{058F0C67-19DA-4232-AD4C-90214A85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638</Words>
  <Characters>3511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YOUSSEF BOUAOUAM</cp:lastModifiedBy>
  <cp:revision>2</cp:revision>
  <cp:lastPrinted>2026-09-05T18:39:00Z</cp:lastPrinted>
  <dcterms:created xsi:type="dcterms:W3CDTF">2026-09-06T00:43:00Z</dcterms:created>
  <dcterms:modified xsi:type="dcterms:W3CDTF">2026-09-06T00:43:00Z</dcterms:modified>
  <cp:category/>
</cp:coreProperties>
</file>